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天津医科大学药学院2026年度全国优秀大学生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天津医科大学药学院2026年度全国优秀大学生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暑期夏令营实施方案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天津医科大学药学院的前身是始建于1949 年的天津市公立药学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讲习所，于1996 年11 月正式成立，是天津市最早创办的现代药学教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育和高等药学教育的院系。2006 年天津医科大学药学学科成为国家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“211 工程”重点建设学科和天津市重点学科，是学校重点建设三大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高峰学科之一。2018 年获批药学一级学科博士点，入选天津市“双一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流”建设学科，拥有药学一级学科博士学位、硕士学位授权点及药学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硕士专业学位授权点，2023 年获批药学博士后流动站。药学学术学位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硕士有药物化学、药物分析学、药剂学、药理学、生药学、临床药学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 个方向；药学专业学位硕士有工业药学、临床药学和管理药学3 个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方向。药学院现有博士生导师20 名，硕士生导师27 名，医院和企业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专硕导师26 名，已经形成了一支由国家级人才、教育部长江学者特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聘教授、全国优秀教师、教育部新世纪优秀人才、天津市有突出贡献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中青年专家为代表的优秀人才队伍。现有多个省级以上科研平台，包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括全国药学专业研究生教育创新实践基地、天津市临床药物关键技术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重点实验室、天津市药学实验教学示范中心、国家中医药管理局中药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分析和中药化学两个国家级三级实验室。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为了促进国内优秀大学生之间的学术交流，加强青年学生对我校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药学学科的了解，我院拟于2026 年7 月15 日举办“天津医科大学药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学院全国优秀大学生暑期夏令营”活动。本次活动计划面向全国各相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关院校2027 届本科毕业生。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一、报名条件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拥护中国共产党的领导，愿为祖国建设服务，品德良好，遵纪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守法，身心健康，健康状况符合国家及我校的相关体检要求；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在学期间学习成绩优秀，英语水平良好；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对从事药学及相关科学研究工作有浓厚兴趣，具有一定创新力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和潜能。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二、具体活动安排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时间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内容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地点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2026年7月15日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上午8:30-9:00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身份验证和签到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药学院A楼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教二（二）教室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2026年7月15日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上午9:00-12:00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参观“朱宪彝纪念馆”、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“生命意义展”、参观药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学院A楼和B楼实验室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图书馆一楼、药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学院A楼和B楼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2026年7月15日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下午2:00-3:00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学院概况和学科发展介绍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药学院A楼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教二（二）教室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2026年7月15日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下午3:00-5:00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课题组科研情况介绍、现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场交流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药学院A楼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教二（二）教室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三、报名流程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请将1份个人情况简介发送至邮箱yxyyjs@tmu.edu.cn，简介内容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包括思想品德、所学专业、学习经历、成绩情况、科研能力等反应个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人综合素质的简介及佐证材料，简介字数不限，格式不限。文件名格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式：姓名_专业_学校.pdf，电子材料接收截止时间为2026 年7 月7 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24：00，逾期不再受理。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四、其他说明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药学院相关学科导师介绍请详见以下网页：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研究生院网页https://gmsadm.tmu.edu.cn/dsfc/home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药学院网页http://www.tmu.edu.cn/yxy/main.htm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报名咨询：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电话：022-83336889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邮箱：yxyyjs@tmu.edu.cn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