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天津日报头版对我院“津陇织梦”实践团进行了报道</w:t>
      </w:r>
    </w:p>
    <w:p>
      <w:r>
        <w:t>天津日报头版对我院“津陇织梦”实践团进行了报道</w:t>
      </w:r>
    </w:p>
    <w:p>
      <w:r>
        <w:t>2026-07-30</w:t>
      </w:r>
    </w:p>
    <w:p>
      <w:r>
        <w:t>2</w:t>
      </w:r>
    </w:p>
    <w:p>
      <w:r>
        <w:t>秩年返校 | 廿载织锦绣 今朝续芳华——纺织科学与工程学院...</w:t>
      </w:r>
    </w:p>
    <w:p>
      <w:r>
        <w:t>2026-07-19</w:t>
      </w:r>
    </w:p>
    <w:p>
      <w:r>
        <w:t>3</w:t>
      </w:r>
    </w:p>
    <w:p>
      <w:r>
        <w:t>“津陇织梦”实践团赴天水开展红色研学</w:t>
      </w:r>
    </w:p>
    <w:p>
      <w:r>
        <w:t>2026-07-15</w:t>
      </w:r>
    </w:p>
    <w:p>
      <w:r>
        <w:t>4</w:t>
      </w:r>
    </w:p>
    <w:p>
      <w:r>
        <w:t>以智赋能 向新育才丨第二届全国智能纺织人才培养与专业...</w:t>
      </w:r>
    </w:p>
    <w:p>
      <w:r>
        <w:t>2026-07-01</w:t>
      </w:r>
    </w:p>
    <w:p>
      <w:r>
        <w:t>5</w:t>
      </w:r>
    </w:p>
    <w:p>
      <w:r>
        <w:t>我校举行废旧纺织材料资源循环联合实验室揭牌暨项目签约...</w:t>
      </w:r>
    </w:p>
    <w:p>
      <w:r>
        <w:t>2026-06-04</w:t>
      </w:r>
    </w:p>
    <w:p>
      <w:r>
        <w:t>6</w:t>
      </w:r>
    </w:p>
    <w:p>
      <w:r>
        <w:t>“金奖中的金奖”！我院新型热防护材料闪耀日内瓦国际发...</w:t>
      </w:r>
    </w:p>
    <w:p>
      <w:r>
        <w:t>2026-05-19</w:t>
      </w:r>
    </w:p>
    <w:p>
      <w:r>
        <w:t>7</w:t>
      </w:r>
    </w:p>
    <w:p>
      <w:r>
        <w:t>江苏悦达纺织集团到我院调研交流</w:t>
      </w:r>
    </w:p>
    <w:p>
      <w:r>
        <w:t>2026-04-10</w:t>
      </w:r>
    </w:p>
    <w:p>
      <w:r>
        <w:t>8</w:t>
      </w:r>
    </w:p>
    <w:p>
      <w:r>
        <w:t>人民日报丨天津工业大学教授陈利带领团队研制多种航天新...</w:t>
      </w:r>
    </w:p>
    <w:p>
      <w:r>
        <w:t>2026-04-09</w:t>
      </w:r>
    </w:p>
    <w:p>
      <w:r>
        <w:t>【学习进行时】</w:t>
      </w:r>
    </w:p>
    <w:p>
      <w:r>
        <w:t>更多</w:t>
      </w:r>
    </w:p>
    <w:p>
      <w:r>
        <w:t>1</w:t>
      </w:r>
    </w:p>
    <w:p>
      <w:r>
        <w:t>中共中央政治局召开会议 研究部署西藏日喀则市吉隆县泥石流灾害...</w:t>
      </w:r>
    </w:p>
    <w:p>
      <w:r>
        <w:t>通知公告</w:t>
      </w:r>
    </w:p>
    <w:p>
      <w:r>
        <w:t>更多</w:t>
      </w:r>
    </w:p>
    <w:p>
      <w:r>
        <w:t>1</w:t>
      </w:r>
    </w:p>
    <w:p>
      <w:r>
        <w:t>关于组织参加2026年第九届天津市大学生信息...</w:t>
      </w:r>
    </w:p>
    <w:p>
      <w:r>
        <w:t>2026-08-31</w:t>
      </w:r>
    </w:p>
    <w:p>
      <w:r>
        <w:t>2</w:t>
      </w:r>
    </w:p>
    <w:p>
      <w:r>
        <w:t>放假通知+秋季学期校历‼️</w:t>
      </w:r>
    </w:p>
    <w:p>
      <w:r>
        <w:t>2026-07-13</w:t>
      </w:r>
    </w:p>
    <w:p>
      <w:r>
        <w:t>3</w:t>
      </w:r>
    </w:p>
    <w:p>
      <w:r>
        <w:t>第二届全国智能纺织人才培养与专业建设暨人...</w:t>
      </w:r>
    </w:p>
    <w:p>
      <w:r>
        <w:t>2026-06-12</w:t>
      </w:r>
    </w:p>
    <w:p>
      <w:r>
        <w:t>4</w:t>
      </w:r>
    </w:p>
    <w:p>
      <w:r>
        <w:t>关于2026年上半年全国大学英语四、六级考试...</w:t>
      </w:r>
    </w:p>
    <w:p>
      <w:r>
        <w:t>2026-06-03</w:t>
      </w:r>
    </w:p>
    <w:p>
      <w:r>
        <w:t>5</w:t>
      </w:r>
    </w:p>
    <w:p>
      <w:r>
        <w:t>党委学生工作部（党委研究生工作部、学生处...</w:t>
      </w:r>
    </w:p>
    <w:p>
      <w:r>
        <w:t>2026-05-15</w:t>
      </w:r>
    </w:p>
    <w:p>
      <w:r>
        <w:t>6</w:t>
      </w:r>
    </w:p>
    <w:p>
      <w:r>
        <w:t>关于招募2026年本科生启智创新夏令营营员的...</w:t>
      </w:r>
    </w:p>
    <w:p>
      <w:r>
        <w:t>2026-04-27</w:t>
      </w:r>
    </w:p>
    <w:p>
      <w:r>
        <w:t>更多</w:t>
      </w:r>
    </w:p>
    <w:p>
      <w:r>
        <w:t>1</w:t>
      </w:r>
    </w:p>
    <w:p>
      <w:r>
        <w:t>关于2026-2027学年第一学期本科生选课工作...</w:t>
      </w:r>
    </w:p>
    <w:p>
      <w:r>
        <w:t>2026-06-30</w:t>
      </w:r>
    </w:p>
    <w:p>
      <w:r>
        <w:t>2</w:t>
      </w:r>
    </w:p>
    <w:p>
      <w:r>
        <w:t>纺织科学与工程学院2025-2026春学期转专业...</w:t>
      </w:r>
    </w:p>
    <w:p>
      <w:r>
        <w:t>2026-04-28</w:t>
      </w:r>
    </w:p>
    <w:p>
      <w:r>
        <w:t>3</w:t>
      </w:r>
    </w:p>
    <w:p>
      <w:r>
        <w:t>关于2025-2026学年第二学期本科生选课工作...</w:t>
      </w:r>
    </w:p>
    <w:p>
      <w:r>
        <w:t>2026-01-13</w:t>
      </w:r>
    </w:p>
    <w:p>
      <w:r>
        <w:t>4</w:t>
      </w:r>
    </w:p>
    <w:p>
      <w:r>
        <w:t>关于发布2025-2026学年秋学期期末集中考试...</w:t>
      </w:r>
    </w:p>
    <w:p>
      <w:r>
        <w:t>2026-01-02</w:t>
      </w:r>
    </w:p>
    <w:p>
      <w:r>
        <w:t>5</w:t>
      </w:r>
    </w:p>
    <w:p>
      <w:r>
        <w:t>关于2025年下半年全国大学英语四、六级口语...</w:t>
      </w:r>
    </w:p>
    <w:p>
      <w:r>
        <w:t>2025-11-19</w:t>
      </w:r>
    </w:p>
    <w:p>
      <w:r>
        <w:t>6</w:t>
      </w:r>
    </w:p>
    <w:p>
      <w:r>
        <w:t>纺织科学与工程学院学生组织“招新夜市”火...</w:t>
      </w:r>
    </w:p>
    <w:p>
      <w:r>
        <w:t>2025-09-26</w:t>
      </w:r>
    </w:p>
    <w:p>
      <w:r>
        <w:t>学生工作</w:t>
      </w:r>
    </w:p>
    <w:p>
      <w:r>
        <w:t>更多</w:t>
      </w:r>
    </w:p>
    <w:p>
      <w:r>
        <w:t>1</w:t>
      </w:r>
    </w:p>
    <w:p>
      <w:r>
        <w:t>初心如磐践使命 奋楫争先启新程丨学院组织...</w:t>
      </w:r>
    </w:p>
    <w:p>
      <w:r>
        <w:t>2026-07-02</w:t>
      </w:r>
    </w:p>
    <w:p>
      <w:r>
        <w:t>2</w:t>
      </w:r>
    </w:p>
    <w:p>
      <w:r>
        <w:t>荣耀纺织|纺院学子在我校第十四届校园健身...</w:t>
      </w:r>
    </w:p>
    <w:p>
      <w:r>
        <w:t>2026-04-27</w:t>
      </w:r>
    </w:p>
    <w:p>
      <w:r>
        <w:t>3</w:t>
      </w:r>
    </w:p>
    <w:p>
      <w:r>
        <w:t>纺智宣讲团｜竞赛指南与经验分享助力学子以...</w:t>
      </w:r>
    </w:p>
    <w:p>
      <w:r>
        <w:t>2026-04-06</w:t>
      </w:r>
    </w:p>
    <w:p>
      <w:r>
        <w:t>4</w:t>
      </w:r>
    </w:p>
    <w:p>
      <w:r>
        <w:t>团校培训∣纺织科学与工程学院举办微团课交...</w:t>
      </w:r>
    </w:p>
    <w:p>
      <w:r>
        <w:t>2025-12-25</w:t>
      </w:r>
    </w:p>
    <w:p>
      <w:r>
        <w:t>5</w:t>
      </w:r>
    </w:p>
    <w:p>
      <w:r>
        <w:t>团校培训∣纺织科学与工程学院举行2025-2026...</w:t>
      </w:r>
    </w:p>
    <w:p>
      <w:r>
        <w:t>2025-11-22</w:t>
      </w:r>
    </w:p>
    <w:p>
      <w:r>
        <w:t>6</w:t>
      </w:r>
    </w:p>
    <w:p>
      <w:r>
        <w:t>纺织科学与工程学院举行2025-2026学年学生...</w:t>
      </w:r>
    </w:p>
    <w:p>
      <w:r>
        <w:t>2025-11-03</w:t>
      </w:r>
    </w:p>
    <w:p>
      <w:r>
        <w:t>科研工作</w:t>
      </w:r>
    </w:p>
    <w:p>
      <w:r>
        <w:t>更多</w:t>
      </w:r>
    </w:p>
    <w:p>
      <w:r>
        <w:t>1</w:t>
      </w:r>
    </w:p>
    <w:p>
      <w:r>
        <w:t>热搜第一！建议爬山不要买白色雨衣丨云裳科...</w:t>
      </w:r>
    </w:p>
    <w:p>
      <w:r>
        <w:t>2026-06-30</w:t>
      </w:r>
    </w:p>
    <w:p>
      <w:r>
        <w:t>2</w:t>
      </w:r>
    </w:p>
    <w:p>
      <w:r>
        <w:t>我校新型纤维与非织造材料创新团队在《Natu...</w:t>
      </w:r>
    </w:p>
    <w:p>
      <w:r>
        <w:t>2026-04-22</w:t>
      </w:r>
    </w:p>
    <w:p>
      <w:r>
        <w:t>3</w:t>
      </w:r>
    </w:p>
    <w:p>
      <w:r>
        <w:t>汇文中学师生走进“锦绣天工——现代纺织”天...</w:t>
      </w:r>
    </w:p>
    <w:p>
      <w:r>
        <w:t>2026-04-05</w:t>
      </w:r>
    </w:p>
    <w:p>
      <w:r>
        <w:t>4</w:t>
      </w:r>
    </w:p>
    <w:p>
      <w:r>
        <w:t>我院获批全国首个“智能可穿戴技术与工程”...</w:t>
      </w:r>
    </w:p>
    <w:p>
      <w:r>
        <w:t>2026-01-12</w:t>
      </w:r>
    </w:p>
    <w:p>
      <w:r>
        <w:t>5</w:t>
      </w:r>
    </w:p>
    <w:p>
      <w:r>
        <w:t>云裳科普｜如何选择适合自己的冬被</w:t>
      </w:r>
    </w:p>
    <w:p>
      <w:r>
        <w:t>2025-12-11</w:t>
      </w:r>
    </w:p>
    <w:p>
      <w:r>
        <w:t>6</w:t>
      </w:r>
    </w:p>
    <w:p>
      <w:r>
        <w:t>专家看展丨我院钱晓明教授以专业视角深入第...</w:t>
      </w:r>
    </w:p>
    <w:p>
      <w:r>
        <w:t>2025-09-04</w:t>
      </w:r>
    </w:p>
    <w:p>
      <w:r>
        <w:t>更多</w:t>
      </w:r>
    </w:p>
    <w:p>
      <w:r>
        <w:t>1</w:t>
      </w:r>
    </w:p>
    <w:p>
      <w:r>
        <w:t>【招生通知专栏】点击进入》》》</w:t>
      </w:r>
    </w:p>
    <w:p>
      <w:r>
        <w:t>2025-03-20</w:t>
      </w:r>
    </w:p>
    <w:p>
      <w:r>
        <w:t>2</w:t>
      </w:r>
    </w:p>
    <w:p>
      <w:r>
        <w:t>关于做好2026-2027-1学期研究生培养与学籍...</w:t>
      </w:r>
    </w:p>
    <w:p>
      <w:r>
        <w:t>2026-08-28</w:t>
      </w:r>
    </w:p>
    <w:p>
      <w:r>
        <w:t>3</w:t>
      </w:r>
    </w:p>
    <w:p>
      <w:r>
        <w:t>2026级博士新生必看：关于录取通知书邮寄地...</w:t>
      </w:r>
    </w:p>
    <w:p>
      <w:r>
        <w:t>2026-06-23</w:t>
      </w:r>
    </w:p>
    <w:p>
      <w:r>
        <w:t>4</w:t>
      </w:r>
    </w:p>
    <w:p>
      <w:r>
        <w:t>关于2025-2026学年春季学期《学术规范与学...</w:t>
      </w:r>
    </w:p>
    <w:p>
      <w:r>
        <w:t>2026-03-17</w:t>
      </w:r>
    </w:p>
    <w:p>
      <w:r>
        <w:t>5</w:t>
      </w:r>
    </w:p>
    <w:p>
      <w:r>
        <w:t>关于对本硕博连读转入博士阶段研究生进行考...</w:t>
      </w:r>
    </w:p>
    <w:p>
      <w:r>
        <w:t>2026-03-03</w:t>
      </w:r>
    </w:p>
    <w:p>
      <w:r>
        <w:t>6</w:t>
      </w:r>
    </w:p>
    <w:p>
      <w:r>
        <w:t>关于对硕博连读过渡期研究生进行考察的通知...</w:t>
      </w:r>
    </w:p>
    <w:p>
      <w:r>
        <w:t>2026-03-03</w:t>
      </w:r>
    </w:p>
    <w:p>
      <w:r>
        <w:t>党建工作</w:t>
      </w:r>
    </w:p>
    <w:p/>
    <w:p>
      <w:r>
        <w:t>习近平在参加首都义务植树活动时强调 为山...</w:t>
      </w:r>
    </w:p>
    <w:p>
      <w:r>
        <w:t>2026-03-31</w:t>
      </w:r>
    </w:p>
    <w:p>
      <w:r>
        <w:t>4</w:t>
      </w:r>
    </w:p>
    <w:p>
      <w:r>
        <w:t>中共中央政治局召开会议 审议《中国共产党...</w:t>
      </w:r>
    </w:p>
    <w:p>
      <w:r>
        <w:t>2026-03-27</w:t>
      </w:r>
    </w:p>
    <w:p>
      <w:r>
        <w:t>5</w:t>
      </w:r>
    </w:p>
    <w:p>
      <w:r>
        <w:t>习近平：牢牢把握雄安新区功能定位 努力建...</w:t>
      </w:r>
    </w:p>
    <w:p>
      <w:r>
        <w:t>2026-03-25</w:t>
      </w:r>
    </w:p>
    <w:p>
      <w:r>
        <w:t>6</w:t>
      </w:r>
    </w:p>
    <w:p>
      <w:r>
        <w:t>习近平：推动海洋经济高质量发展</w:t>
      </w:r>
    </w:p>
    <w:p>
      <w:r>
        <w:t>2026-03-18</w:t>
      </w:r>
    </w:p>
    <w:p>
      <w:r>
        <w:t>学院平台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