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信息科学与工程学院关于预推荐2026届优秀应届本科毕业生免试攻读研究生名单第二次公示</w:t>
      </w:r>
    </w:p>
    <w:p>
      <w:pPr>
        <w:spacing w:after="80" w:lineRule="auto" w:line="360"/>
        <w:ind w:firstLine="482"/>
        <w:jc w:val="both"/>
      </w:pPr>
      <w:r>
        <w:rPr>
          <w:rFonts w:ascii="Times New Roman" w:hAnsi="Times New Roman" w:eastAsia="宋体"/>
          <w:b w:val="0"/>
          <w:sz w:val="24"/>
        </w:rPr>
        <w:t>根据《河北北方学院推荐优秀应届本科毕业生免试攻读研究生工作实施办法（试行）》（校字〔2025〕115号）及信息科学与工程学院推免工作实施细则，学院专家审核小组对申报学生的综合成绩进行重新核算，经推免工作小组审核确定，并呈报学院党政联席会通过，现对预推荐2026届优秀应届本科毕业生免试攻读研究生名单进行第二次公示。</w:t>
      </w:r>
    </w:p>
    <w:p>
      <w:pPr>
        <w:spacing w:after="80" w:lineRule="auto" w:line="360"/>
        <w:ind w:firstLine="482"/>
        <w:jc w:val="both"/>
      </w:pPr>
      <w:r>
        <w:rPr>
          <w:rFonts w:ascii="Times New Roman" w:hAnsi="Times New Roman" w:eastAsia="宋体"/>
          <w:b w:val="0"/>
          <w:sz w:val="24"/>
        </w:rPr>
        <w:t>发布日期：2025年9月10日</w:t>
      </w:r>
    </w:p>
    <w:p>
      <w:pPr>
        <w:spacing w:before="160" w:after="80" w:lineRule="auto" w:line="360"/>
        <w:jc w:val="left"/>
      </w:pPr>
      <w:r>
        <w:rPr>
          <w:rFonts w:ascii="Times New Roman" w:hAnsi="Times New Roman" w:eastAsia="宋体"/>
          <w:b/>
          <w:sz w:val="28"/>
        </w:rPr>
        <w:t>一、公示内容与时间</w:t>
      </w:r>
    </w:p>
    <w:p>
      <w:pPr>
        <w:spacing w:after="80" w:lineRule="auto" w:line="360"/>
        <w:ind w:firstLine="482"/>
        <w:jc w:val="both"/>
      </w:pPr>
      <w:r>
        <w:rPr>
          <w:rFonts w:ascii="Times New Roman" w:hAnsi="Times New Roman" w:eastAsia="宋体"/>
          <w:b w:val="0"/>
          <w:sz w:val="24"/>
        </w:rPr>
        <w:t>1. 公示内容：预推荐2026届优秀应届本科毕业生免试攻读研究生名单（第二次公示）。</w:t>
      </w:r>
    </w:p>
    <w:p>
      <w:pPr>
        <w:spacing w:after="80" w:lineRule="auto" w:line="360"/>
        <w:ind w:firstLine="482"/>
        <w:jc w:val="both"/>
      </w:pPr>
      <w:r>
        <w:rPr>
          <w:rFonts w:ascii="Times New Roman" w:hAnsi="Times New Roman" w:eastAsia="宋体"/>
          <w:b w:val="0"/>
          <w:sz w:val="24"/>
        </w:rPr>
        <w:t>2. 公示期：2025年9月10日至9月12日。</w:t>
      </w:r>
    </w:p>
    <w:p>
      <w:pPr>
        <w:spacing w:before="160" w:after="80" w:lineRule="auto" w:line="360"/>
        <w:jc w:val="left"/>
      </w:pPr>
      <w:r>
        <w:rPr>
          <w:rFonts w:ascii="Times New Roman" w:hAnsi="Times New Roman" w:eastAsia="宋体"/>
          <w:b/>
          <w:sz w:val="28"/>
        </w:rPr>
        <w:t>二、异议反馈方式</w:t>
      </w:r>
    </w:p>
    <w:p>
      <w:pPr>
        <w:spacing w:after="80" w:lineRule="auto" w:line="360"/>
        <w:ind w:firstLine="482"/>
        <w:jc w:val="both"/>
      </w:pPr>
      <w:r>
        <w:rPr>
          <w:rFonts w:ascii="Times New Roman" w:hAnsi="Times New Roman" w:eastAsia="宋体"/>
          <w:b w:val="0"/>
          <w:sz w:val="24"/>
        </w:rPr>
        <w:t>1. 如有异议，请以书面形式反映至学院推免工作监督小组孙鹏老师处。</w:t>
      </w:r>
    </w:p>
    <w:p>
      <w:pPr>
        <w:spacing w:after="80" w:lineRule="auto" w:line="360"/>
        <w:ind w:firstLine="482"/>
        <w:jc w:val="both"/>
      </w:pPr>
      <w:r>
        <w:rPr>
          <w:rFonts w:ascii="Times New Roman" w:hAnsi="Times New Roman" w:eastAsia="宋体"/>
          <w:b w:val="0"/>
          <w:sz w:val="24"/>
        </w:rPr>
        <w:t>2. 联系电话：18931311874。</w:t>
      </w:r>
    </w:p>
    <w:p>
      <w:pPr>
        <w:spacing w:after="80" w:lineRule="auto" w:line="360"/>
        <w:ind w:firstLine="482"/>
        <w:jc w:val="both"/>
      </w:pPr>
      <w:r>
        <w:rPr>
          <w:rFonts w:ascii="Times New Roman" w:hAnsi="Times New Roman" w:eastAsia="宋体"/>
          <w:b w:val="0"/>
          <w:sz w:val="24"/>
        </w:rPr>
        <w:t>本通知为推免名单公示，不涉及预推免或正式推免流程。</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