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质量技术监督学院2026年优秀应届本科毕业生免试攻读研究生综合排名及拟推荐人选公示-河北大学质量技术监督学院</w:t>
      </w:r>
    </w:p>
    <w:p>
      <w:pPr>
        <w:spacing w:line="360" w:lineRule="auto" w:before="0" w:after="8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质量技术监督学院2026年推荐优秀应届本科毕业生免试攻读硕士学位研究生实施细则》相关规定，质量技术监督学院开展推免研究生工作，严格按照推免工作流程进行审核，现公示推免遴选范围内(30%)学生的综合排名及具有推免资格名单,具体名单如下。</w:t>
      </w:r>
    </w:p>
    <w:p>
      <w:pPr>
        <w:spacing w:line="360" w:lineRule="auto" w:before="0" w:after="80"/>
        <w:ind w:firstLine="482"/>
        <w:jc w:val="both"/>
      </w:pPr>
      <w:r>
        <w:rPr>
          <w:rFonts w:ascii="Times New Roman" w:hAnsi="Times New Roman" w:eastAsia="宋体"/>
          <w:b w:val="0"/>
          <w:sz w:val="24"/>
        </w:rPr>
        <w:t>公示期为2025年9月4日 - 9月6日，相关佐证材料可在C4-203室查询。如有异议，请以实名书面形式向学院反映。电话：0312-5999273。联系人：谢老师，程老师。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