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智能科学与工程学院关于推荐2026年免试攻读硕士学位研究生的实施细则-哈尔滨工程大学智能学院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为做好2026年推荐免试攻读硕士学位研究生工作（以下简称“推免”），根据《关于2026年推荐优秀应届本科毕业生免试攻读研究生工作的通知》和《哈尔滨工程大学推荐免试攻读硕士学位研究生管理办法》的有关要求，特制定《智能科学与工程学院关于推荐2026年免试攻读硕士学位研究生的实施细则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发布日期（推定）：2025年9月5日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一、推免的原则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公开、公正、公平，标准明确、程序严格。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二、推免的类型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本次推免分为学优推免、服务国家发展战略推免、校企联合培养人才推免、国防科工招生单位推免四种类型，申请推免的学生只可选择上述的一类进行申报，不可兼报。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校企联合培养人才推免为专业学位类别，其他推免名额不区分学术学位和专业学位类型。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根据国家有关规定，获得推免资格的学生可申报我校部分专业的直博生。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三、推免的基本条件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具有高尚的爱国主义情操和集体主义精神，社会主义信念坚定，拥护中国共产党的领导，社会责任感强，品德良好，遵纪守法，身心健康。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学习成绩优良。学院将学生学业成绩作为推免工作最基础的遴选指标。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诚实守信，学风端正，品行表现优良，无任何考试作弊和剽窃他人学术成果记录，无任何违法违纪受处分记录。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国家普通本科招生计划录取的应届毕业生。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服务国家发展战略推免、校企联合培养人才推免的学生需获得学科导师同意接收意见。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必修课课程综合平均成绩计算公式为：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必修课课程综合平均成绩=Σ（必修课课程成绩×必修课课程学分）/Σ（必修课课程学分）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（考查课成绩按优秀95分、良好85分、中等75分、及格65分计算）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申报学优推免、服务国家发展战略推免、校企联合培养人才推免、国防科工招生单位推免的学生，在校学习期间前6学期的必修课（含本专业通识教育平台、大类教育平台、学院专业平台一）课程综合平均成绩在专业排名需不低于前60%，其中必修课课程成绩按首次成绩计算，所学必修课课程（环节）的考核必须首次通过，学生前6学期必修课课程修读学分需满足专业培养方案的要求，本次推免《军事训练》不纳入加权平均成绩计算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符合以上条件的定向学生必须征得定向单位的书面同意，方可申请推免。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获得推免资格的学生必须提交书面申请。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四、当年推免的名额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具体名额见下表：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自动化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测控技术与仪器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电气工程及其自动化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探测制导与控制技术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机器人工程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人工智能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总数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2022级学生数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学优推免数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国防科工单位推免数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服务国家发展战略推免数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校企联合培养人才推免数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</w:tr>
    </w:tbl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