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推免考核表（第二轮）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一、推免考核表（第二轮）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本表为推免考核表（第二轮），共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表格内容如下：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院系所名称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证件号后四位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新中药学院（中国科学院上海药物研究所）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药物制剂与产品研发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考核结果说明：考核通过 1 人。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