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文件名称：新闻传播学院关于2026年招收推荐免试研究生预报名的通知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普通全日制应届本科毕业生，获得所在学校推免资格。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英语水平要求：CET-4成绩不低于425分或具有同等水平。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登录厦门大学推免生管理系统（https://ssyjsbm.xmu.edu.cn）进行预报名。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提交申请材料，包括：申请表、成绩单、外语水平证明、推荐信、学术成果等。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学院对申请材料进行审核。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审核通过者，学院通知参加复试。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复试合格后，须在教育部推免系统中进行正式报名确认。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本通知由厦门大学新闻传播学院发布，具体安排以学院官网通知为准。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本通知面向2026年入学的研究生推免生。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