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紫金地质与矿业学院关于推荐2026年免试攻读研究生拟推荐及候补名单的补充公示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紫金地质与矿业学院于2025年9月12日发布《紫金地质与矿业学院关于推荐2026年免试攻读研究生拟推荐及候补名单的公示》。公示期内，采矿工程专业原拟推荐人选许成杰（学号：162202219）因个人原因自愿放弃推荐资格；原候补第1名学生徐嘉怡（学号：162201120）因个人原因自愿放弃推荐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一、递补决定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经学院推免生遴选工作领导小组研究决定，从候补名单中具有推免申请资格的学生人选中，按综合测评成绩从高到低依次递补。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现递补候补学生综合测评成绩排名第2的学生张程鑫（学号：162203122）为2026年优秀应届本科毕业生免试攻读研究生拟推荐人选。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原拟候补推荐名单依次向上候补。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公示期为三个工作日：2025年9月15日至2025年9月17日（上午8:30-12:00，下午14:00-17:30）。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公示期间如有异议，需实名向学院纪委反映。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反馈地点：紫金楼214；联系电话：0591-22865217。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发布单位：福州大学紫金地质与矿业学院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