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招生与培养</w:t>
      </w:r>
    </w:p>
    <w:p>
      <w:r>
        <w:t>研究生</w:t>
      </w:r>
    </w:p>
    <w:p>
      <w:r>
        <w:t>实验教学中心</w:t>
      </w:r>
    </w:p>
    <w:p>
      <w:r>
        <w:t>学业促进中心</w:t>
      </w:r>
    </w:p>
    <w:p>
      <w:r>
        <w:t>学术科研</w:t>
      </w:r>
    </w:p>
    <w:p>
      <w:r>
        <w:t>科研基地</w:t>
      </w:r>
    </w:p>
    <w:p>
      <w:r>
        <w:t>讲座信息</w:t>
      </w:r>
    </w:p>
    <w:p>
      <w:r>
        <w:t>科研支撑平台</w:t>
      </w:r>
    </w:p>
    <w:p>
      <w:r>
        <w:t>博士后</w:t>
      </w:r>
    </w:p>
    <w:p>
      <w:r>
        <w:t>博士后项目</w:t>
      </w:r>
    </w:p>
    <w:p>
      <w:r>
        <w:t>博士后名单</w:t>
      </w:r>
    </w:p>
    <w:p>
      <w:r>
        <w:t>博士后动态</w:t>
      </w:r>
    </w:p>
    <w:p>
      <w:r>
        <w:t>博士后招聘</w:t>
      </w:r>
    </w:p>
    <w:p>
      <w:r>
        <w:t>学院招聘</w:t>
      </w:r>
    </w:p>
    <w:p>
      <w:r>
        <w:t>教研系列</w:t>
      </w:r>
    </w:p>
    <w:p>
      <w:r>
        <w:t>博士后</w:t>
      </w:r>
    </w:p>
    <w:p>
      <w:r>
        <w:t>辅助人员</w:t>
      </w:r>
    </w:p>
    <w:p>
      <w:r>
        <w:t>学生园地</w:t>
      </w:r>
    </w:p>
    <w:p>
      <w:r>
        <w:t>活动新闻</w:t>
      </w:r>
    </w:p>
    <w:p>
      <w:r>
        <w:t>学业促进中心</w:t>
      </w:r>
    </w:p>
    <w:p>
      <w:r>
        <w:t>生涯发展中心</w:t>
      </w:r>
    </w:p>
    <w:p>
      <w:r>
        <w:t>身心健康中心</w:t>
      </w:r>
    </w:p>
    <w:p>
      <w:r>
        <w:t>事业与人生讲座</w:t>
      </w:r>
    </w:p>
    <w:p>
      <w:r>
        <w:t>校友会</w:t>
      </w:r>
    </w:p>
    <w:p>
      <w:r>
        <w:t>工会</w:t>
      </w:r>
    </w:p>
    <w:p>
      <w:r>
        <w:t>工会简介</w:t>
      </w:r>
    </w:p>
    <w:p>
      <w:r>
        <w:t>联系我们</w:t>
      </w:r>
    </w:p>
    <w:p>
      <w:r>
        <w:t>党政工团</w:t>
      </w:r>
    </w:p>
    <w:p>
      <w:r>
        <w:t>委员会</w:t>
      </w:r>
    </w:p>
    <w:p>
      <w:r>
        <w:t>学院历史</w:t>
      </w:r>
    </w:p>
    <w:p>
      <w:r>
        <w:t>行政后勤</w:t>
      </w:r>
    </w:p>
    <w:p>
      <w:r>
        <w:t>师资力量</w:t>
      </w:r>
    </w:p>
    <w:p>
      <w:r>
        <w:t>博士生导师</w:t>
      </w:r>
    </w:p>
    <w:p>
      <w:r>
        <w:t>全体教职工</w:t>
      </w:r>
    </w:p>
    <w:p>
      <w:r>
        <w:t>离退休教职工</w:t>
      </w:r>
    </w:p>
    <w:p>
      <w:r>
        <w:t>新闻中心</w:t>
      </w:r>
    </w:p>
    <w:p>
      <w:r>
        <w:t>综合新闻</w:t>
      </w:r>
    </w:p>
    <w:p>
      <w:r>
        <w:t>党委通讯</w:t>
      </w:r>
    </w:p>
    <w:p>
      <w:r>
        <w:t>通知公告</w:t>
      </w:r>
    </w:p>
    <w:p>
      <w:r>
        <w:t>学术科研</w:t>
      </w:r>
    </w:p>
    <w:p>
      <w:r>
        <w:t>工会新闻</w:t>
      </w:r>
    </w:p>
    <w:p>
      <w:r>
        <w:t>招生与培养</w:t>
      </w:r>
    </w:p>
    <w:p>
      <w:r>
        <w:t>研究生</w:t>
      </w:r>
    </w:p>
    <w:p>
      <w:r>
        <w:t>实验教学中心</w:t>
      </w:r>
    </w:p>
    <w:p>
      <w:r>
        <w:t>学业促进中心</w:t>
      </w:r>
    </w:p>
    <w:p>
      <w:r>
        <w:t>学术科研</w:t>
      </w:r>
    </w:p>
    <w:p>
      <w:r>
        <w:t>科研基地</w:t>
      </w:r>
    </w:p>
    <w:p>
      <w:r>
        <w:t>讲座信息</w:t>
      </w:r>
    </w:p>
    <w:p>
      <w:r>
        <w:t>科研支撑平台</w:t>
      </w:r>
    </w:p>
    <w:p>
      <w:r>
        <w:t>博士后</w:t>
      </w:r>
    </w:p>
    <w:p>
      <w:r>
        <w:t>博士后项目</w:t>
      </w:r>
    </w:p>
    <w:p>
      <w:r>
        <w:t>博士后名单</w:t>
      </w:r>
    </w:p>
    <w:p>
      <w:r>
        <w:t>博士后动态</w:t>
      </w:r>
    </w:p>
    <w:p>
      <w:r>
        <w:t>博士后招聘</w:t>
      </w:r>
    </w:p>
    <w:p>
      <w:r>
        <w:t>学院招聘</w:t>
      </w:r>
    </w:p>
    <w:p>
      <w:r>
        <w:t>教研系列</w:t>
      </w:r>
    </w:p>
    <w:p>
      <w:r>
        <w:t>博士后</w:t>
      </w:r>
    </w:p>
    <w:p>
      <w:r>
        <w:t>辅助人员</w:t>
      </w:r>
    </w:p>
    <w:p>
      <w:r>
        <w:t>学生园地</w:t>
      </w:r>
    </w:p>
    <w:p>
      <w:r>
        <w:t>活动新闻</w:t>
      </w:r>
    </w:p>
    <w:p>
      <w:r>
        <w:t>学业促进中心</w:t>
      </w:r>
    </w:p>
    <w:p>
      <w:r>
        <w:t>生涯发展中心</w:t>
      </w:r>
    </w:p>
    <w:p>
      <w:r>
        <w:t>身心健康中心</w:t>
      </w:r>
    </w:p>
    <w:p>
      <w:r>
        <w:t>事业与人生讲座</w:t>
      </w:r>
    </w:p>
    <w:p>
      <w:r>
        <w:t>校友会</w:t>
      </w:r>
    </w:p>
    <w:p>
      <w:r>
        <w:t>工会</w:t>
      </w:r>
    </w:p>
    <w:p>
      <w:r>
        <w:t>工会简介</w:t>
      </w:r>
    </w:p>
    <w:p>
      <w:r>
        <w:t>联系我们</w:t>
      </w:r>
    </w:p>
    <w:p>
      <w:r>
        <w:t>EN</w:t>
      </w:r>
    </w:p>
    <w:p>
      <w:r>
        <w:t>百年生科</w:t>
      </w:r>
    </w:p>
    <w:p>
      <w:r>
        <w:t>新内网</w:t>
      </w:r>
    </w:p>
    <w:p>
      <w:r>
        <w:t>检测到您当前使用浏览器版本过于老旧，会导致无法正常浏览网站；请您使用电脑里的其他浏览器如：360、QQ、搜狗浏览器的极速模式浏览，或者使用谷歌、火狐等浏览器。</w:t>
      </w:r>
    </w:p>
    <w:p>
      <w:r>
        <w:t>下载Firefox</w:t>
      </w:r>
    </w:p>
    <w:p>
      <w:r>
        <w:t>/ 新闻中心 / 通知公告</w:t>
      </w:r>
    </w:p>
    <w:p>
      <w:r>
        <w:t>新闻中心</w:t>
      </w:r>
    </w:p>
    <w:p>
      <w:r>
        <w:t>综合新闻</w:t>
      </w:r>
    </w:p>
    <w:p>
      <w:r>
        <w:t>党委通讯</w:t>
      </w:r>
    </w:p>
    <w:p>
      <w:r>
        <w:t>通知公告</w:t>
      </w:r>
    </w:p>
    <w:p>
      <w:r>
        <w:t>学术科研</w:t>
      </w:r>
    </w:p>
    <w:p>
      <w:r>
        <w:t>工会新闻</w:t>
      </w:r>
    </w:p>
    <w:p>
      <w:r>
        <w:t>北京大学生命科学学院（含BIOPIC项目）与北京大学前沿交叉学科研究院（含定量生物学中心、PTN项目、CLS项目）关于 联合举办2026年“大生命科学交叉”夏令营的通知</w:t>
      </w:r>
    </w:p>
    <w:p>
      <w:r>
        <w:t>日期： 2026-05-19</w:t>
      </w:r>
    </w:p>
    <w:p>
      <w:r>
        <w:t>为激发青年学子对生命科学与相关交叉学科的研究兴趣，拓宽青年学子学术视野，激发科研探索热情，并促进相关学科优秀大学生之间的互动交流，北京大学生命科学学院（含BIOPIC项目）与前沿交叉学科研究院（含定量生物学中心、PTN项目、CLS项目）定于2026年7月6-9日联合举办“大生命科学交叉”夏令营活动。活动将围绕生命科学与相关交叉学科（定量生物学、化学生物学、生命医学、脑与类脑研究等）开展，邀请青年学子畅谈学术理想，分享科研体验。诚挚欢迎各位同学积极报名参与。</w:t>
      </w:r>
    </w:p>
    <w:p>
      <w:r>
        <w:t>本次活动涵盖的所有研究方向包括：</w:t>
      </w:r>
    </w:p>
    <w:p>
      <w:r>
        <w:t>生命科学学院（含BIOPIC项目）：动物学（含演化生物学）、植物学、生理学（含神经生物学）、细胞生物学（含遗传学、发育生物学）、生物化学与分子生物学、生物物理学、生物信息学（含计算生物学）、生物技术等研究方向；</w:t>
      </w:r>
    </w:p>
    <w:p>
      <w:r>
        <w:t>前沿交叉学科研究院（含定量生物学中心、PTN项目、CLS项目）：整合生物学、定量生物学（包括系统生物学、计算生物学、物理生物学、人工智能与生物系统、复杂疾病网络与药物设计等方向）、合成生物学、生命化学（即化学生物学）、生命医学（包括基础医学/临床医学）、脑科学与类脑研究（包括心理学）等交叉学科研究方向。</w:t>
      </w:r>
    </w:p>
    <w:p>
      <w:r>
        <w:t>夏令营拟招收450人左右，夏令营主办方将为参会人员提供活动期间的住宿（北京高校学生除外）和校内餐饮。</w:t>
      </w:r>
    </w:p>
    <w:p>
      <w:r>
        <w:t>一、申请条件</w:t>
      </w:r>
    </w:p>
    <w:p>
      <w:r>
        <w:t>1.不限于生物学及医学相关专业。欢迎其它理学或者工学专业（如数学、物理、化学、工程、心理、信息、计算机等）对生命科学有着强烈兴趣和科研创造力的申请者。申请者需具有浓厚的学术研究兴趣，有较强的创新意识、创新能力和专业水平；</w:t>
      </w:r>
    </w:p>
    <w:p>
      <w:r>
        <w:t>2. 全国高校应届本科毕业生或应届硕士毕业生（2027年毕业），及已获得学士学位或硕士学位的往届生；</w:t>
      </w:r>
    </w:p>
    <w:p>
      <w:r>
        <w:t>3. 学习成绩优秀，品行端正；</w:t>
      </w:r>
    </w:p>
    <w:p>
      <w:r>
        <w:t>4. 英语水平良好。</w:t>
      </w:r>
    </w:p>
    <w:p>
      <w:r>
        <w:t>二、报名申请</w:t>
      </w:r>
    </w:p>
    <w:p>
      <w:r>
        <w:t>1.网上报名：申请人请登录“北京大学生命科学学院（含BIOPIC项目）与北京大学前沿交叉学科研究院（含定量生物学中心、PTN项目、CLS项目）联合夏令营报名系统”（网址：http://aaisbioxly.pku.edu.cn），注册并填写报名信息（一个身份证号码只能注册一次，请妥善保存用户名、密码和注册邮箱），在线提交专家推荐信和相关电子材料。网上申报和材料提交时间为6月1日8:00-6月14日17：00，逾期不予受理。申请人应当如实填写个人学习情况等网上报名信息并提供真实材料。主办方收到申请人报名材料或报名截止后，申请人的报名信息一律不作修改。</w:t>
      </w:r>
    </w:p>
    <w:p>
      <w:r>
        <w:t>2. 提交材料：请将以下材料电子版按顺序合并整理成一个不超过20页的PDF文档（不含推荐信），在报名系统内直接上传，材料命名为“姓名+所在学校”。</w:t>
      </w:r>
    </w:p>
    <w:p>
      <w:r>
        <w:t>1）2026年联合夏令营申请表（附件一）</w:t>
      </w:r>
    </w:p>
    <w:p>
      <w:r>
        <w:t>2）个人陈述（附件二）</w:t>
      </w:r>
    </w:p>
    <w:p>
      <w:r>
        <w:t>3）专家推荐信3封</w:t>
      </w:r>
    </w:p>
    <w:p>
      <w:r>
        <w:t>专家须为相关学科专业领域内的副教授（含）以上或具有相当专业技术职称。</w:t>
      </w:r>
    </w:p>
    <w:p>
      <w:r>
        <w:t>提交方式：申请者在网报系统中填写完成所有报名信息并点击“保存”后，请点击推荐专家电子邮箱右侧的“发送邮件”按钮，推荐专家的相应邮箱会收到系统自动发送的推荐信上传链接，推荐专家本人点击链接上传专家推荐信后，学生的报名系统会显示“已上传推荐信”。三封专家推荐信全部上传完成后，可以点击“提交”按钮进行报名材料提交。</w:t>
      </w:r>
    </w:p>
    <w:p>
      <w:r>
        <w:t>4）成绩单原件和排名证明</w:t>
      </w:r>
    </w:p>
    <w:p>
      <w:r>
        <w:t>应届本科生需提供本科阶段前两年半成绩单（由教务部门盖章），前两年半总评成绩排名证明（附件三，由教务部门盖章）1份。</w:t>
      </w:r>
    </w:p>
    <w:p>
      <w:r>
        <w:t>往届本科生，应届/往届硕士生需提供历年在校学习成绩单（本科和硕士阶段，由教务部门盖章）1份。</w:t>
      </w:r>
    </w:p>
    <w:p>
      <w:r>
        <w:t>5）英语水平证明</w:t>
      </w:r>
    </w:p>
    <w:p>
      <w:r>
        <w:t>国家英语四、六级考试成绩，或TOEFL、雅思与GRE考试等成绩的复印件。</w:t>
      </w:r>
    </w:p>
    <w:p>
      <w:r>
        <w:t>6）最高学历、学位证书的扫描件：</w:t>
      </w:r>
    </w:p>
    <w:p>
      <w:r>
        <w:t>a、应届本科毕业生提交所在学校在学证明。</w:t>
      </w:r>
    </w:p>
    <w:p>
      <w:r>
        <w:t>b、应届硕士毕业生提交所在培养单位研究生院或研究生部的证明信。</w:t>
      </w:r>
    </w:p>
    <w:p>
      <w:r>
        <w:t>c、只有学位证书而无毕业证书者，提交学位证书复印件即可。</w:t>
      </w:r>
    </w:p>
    <w:p>
      <w:r>
        <w:t>d、最高学历学位证书在国（境）外院校获得者，须提交由教育部留学服务中心出具的《国（境）外学历学位认证书》。</w:t>
      </w:r>
    </w:p>
    <w:p>
      <w:r>
        <w:t>7）发表学术文章的电子版或扫描件</w:t>
      </w:r>
    </w:p>
    <w:p>
      <w:r>
        <w:t>8）获奖证书扫描件</w:t>
      </w:r>
    </w:p>
    <w:p>
      <w:r>
        <w:t>9）其他证明材料复印件（如体现自身学术水平的出版物、原创性工作成果等）。</w:t>
      </w:r>
    </w:p>
    <w:p>
      <w:r>
        <w:t>申请者应保证提交的所有信息及材料真实、有效、完整，如因不实信息或者伪造材料所造成的后果完全由本人承担。</w:t>
      </w:r>
    </w:p>
    <w:p>
      <w:r>
        <w:t>3. 注意事项：申请人可通过查看个人注册邮箱或登录网上报名系统http://aaisbioxly.pku.edu.cn查询申请状态和审核状态等信息，材料审核期间不接受电话或邮件询问进展情况。</w:t>
      </w:r>
    </w:p>
    <w:p>
      <w:r>
        <w:t>三、材料审核</w:t>
      </w:r>
    </w:p>
    <w:p>
      <w:r>
        <w:t>本次夏令营为北京大学生命科学学院和前沿交叉学科研究院联合举办的活动，双方各项目联合进行材料初审、宣讲组织以及学术交流等活动。申请人根据兴趣选择其中一个项目报名即可，不必重复报名。</w:t>
      </w:r>
    </w:p>
    <w:p>
      <w:r>
        <w:t>材料审核工作由双方组建的联合专家委员会负责，该项工作将于6月底前完成。入营名单将在北京大学生命科学学院主页（http://www.bio.pku.edu.cn/）、北京大学前沿交叉学科研究院主页（http://www.aais.pku.edu.cn/）、生命科学联合中心主页（www.cls.edu.cn）公布，不再另行通知。</w:t>
      </w:r>
    </w:p>
    <w:p>
      <w:r>
        <w:t>四、联系方式</w:t>
      </w:r>
    </w:p>
    <w:p>
      <w:r>
        <w:t>北京大学生命科学学院</w:t>
      </w:r>
    </w:p>
    <w:p>
      <w:r>
        <w:t>电话：010-62751845、62751855</w:t>
      </w:r>
    </w:p>
    <w:p>
      <w:r>
        <w:t>邮箱：gsmjwb@pku.edu.cn</w:t>
      </w:r>
    </w:p>
    <w:p>
      <w:r>
        <w:t>网址：http://www.bio.pku.edu.cn/</w:t>
      </w:r>
    </w:p>
    <w:p>
      <w:r>
        <w:t>北京大学生物医学前沿创新中心（BIOPIC）</w:t>
      </w:r>
    </w:p>
    <w:p>
      <w:r>
        <w:t>电话：010-62755537</w:t>
      </w:r>
    </w:p>
    <w:p>
      <w:r>
        <w:t>邮箱：admissions@biopic.pku.edu.cn</w:t>
      </w:r>
    </w:p>
    <w:p>
      <w:r>
        <w:t>网址：https://biopic.pku.edu.cn/</w:t>
      </w:r>
    </w:p>
    <w:p>
      <w:r>
        <w:t>北京大学前沿交叉学科研究院</w:t>
      </w:r>
    </w:p>
    <w:p>
      <w:r>
        <w:t>电话：010-62760228</w:t>
      </w:r>
    </w:p>
    <w:p>
      <w:r>
        <w:t>邮箱：ryzhao@pku.edu.cn</w:t>
      </w:r>
    </w:p>
    <w:p>
      <w:r>
        <w:t>网址：http://www.aais.pku.edu.cn/</w:t>
      </w:r>
    </w:p>
    <w:p>
      <w:r>
        <w:t>北京大学定量生物学中心</w:t>
      </w:r>
    </w:p>
    <w:p>
      <w:r>
        <w:t>电话：010-62759595</w:t>
      </w:r>
    </w:p>
    <w:p>
      <w:r>
        <w:t>邮箱：jpping@pku.edu.cn</w:t>
      </w:r>
    </w:p>
    <w:p>
      <w:r>
        <w:t>网址：https://cqb.pku.edu.cn</w:t>
      </w:r>
    </w:p>
    <w:p>
      <w:r>
        <w:t>PTN项目（北大方面）</w:t>
      </w:r>
    </w:p>
    <w:p>
      <w:r>
        <w:t>电话：010-80707720</w:t>
      </w:r>
    </w:p>
    <w:p>
      <w:r>
        <w:t>邮箱：wangqiannan@nibs.ac.cn</w:t>
      </w:r>
    </w:p>
    <w:p>
      <w:r>
        <w:t>网址：http://www.nibs.ac.cn/</w:t>
      </w:r>
    </w:p>
    <w:p>
      <w:r>
        <w:t>CLS项目（北大方面）</w:t>
      </w:r>
    </w:p>
    <w:p>
      <w:r>
        <w:t>电话：010-62760228</w:t>
      </w:r>
    </w:p>
    <w:p>
      <w:r>
        <w:t>邮箱：ryzhao@pku.edu.cn</w:t>
      </w:r>
    </w:p>
    <w:p>
      <w:r>
        <w:t>网址：http://www.cls.edu.cn</w:t>
      </w:r>
    </w:p>
    <w:p>
      <w:r>
        <w:t>欢迎大家踊跃报名！</w:t>
      </w:r>
    </w:p>
    <w:p>
      <w:r>
        <w:t>北京大学生命科学学院</w:t>
      </w:r>
    </w:p>
    <w:p>
      <w:r>
        <w:t>北京大学前沿交叉学科研究院</w:t>
      </w:r>
    </w:p>
    <w:p>
      <w:r>
        <w:t>2026年5月19日</w:t>
      </w:r>
    </w:p>
    <w:p>
      <w:r>
        <w:t>附件一：夏令营申请表.doc</w:t>
      </w:r>
    </w:p>
    <w:p>
      <w:r>
        <w:t>附件二：夏令营个人陈述.doc</w:t>
      </w:r>
    </w:p>
    <w:p>
      <w:r>
        <w:t>附件三：成绩排名证明.doc</w:t>
      </w:r>
    </w:p>
    <w:p>
      <w:r>
        <w:t>友情链接：</w:t>
      </w:r>
    </w:p>
    <w:p>
      <w:r>
        <w:t>北京大学生命科学华东产业研究院</w:t>
      </w:r>
    </w:p>
    <w:p>
      <w:r>
        <w:t>北京大学生命科学学院校友尊师基金</w:t>
      </w:r>
    </w:p>
    <w:p>
      <w:r>
        <w:t>北京大学生物医学前沿创新中心</w:t>
      </w:r>
    </w:p>
    <w:p>
      <w:r>
        <w:t>北京大学高通测序中心</w:t>
      </w:r>
    </w:p>
    <w:p>
      <w:r>
        <w:t>生命科学联合中心</w:t>
      </w:r>
    </w:p>
    <w:p>
      <w:r>
        <w:t>北京大学生态中心</w:t>
      </w:r>
    </w:p>
    <w:p>
      <w:r>
        <w:t>北京生命科学研究所</w:t>
      </w:r>
    </w:p>
    <w:p>
      <w:r>
        <w:t>北大工会</w:t>
      </w:r>
    </w:p>
    <w:p>
      <w:r>
        <w:t>清华大学生命科学学院</w:t>
      </w:r>
    </w:p>
    <w:p>
      <w:r>
        <w:t>北京大学实验动物中心</w:t>
      </w:r>
    </w:p>
    <w:p>
      <w:r>
        <w:t>联系我们：</w:t>
      </w:r>
    </w:p>
    <w:p>
      <w:r>
        <w:t>地址：北京市海淀区颐和园路5号</w:t>
      </w:r>
    </w:p>
    <w:p>
      <w:r>
        <w:t>金光生命科学大楼</w:t>
      </w:r>
    </w:p>
    <w:p>
      <w:r>
        <w:t>电话：010-62757794</w:t>
      </w:r>
    </w:p>
    <w:p>
      <w:r>
        <w:t>北大生科官方微信</w:t>
      </w:r>
    </w:p>
    <w:p>
      <w:r>
        <w:t>生声不息公众号</w:t>
      </w:r>
    </w:p>
    <w:p>
      <w:r>
        <w:t>Copyright©北京大学生命科学学院版权所有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