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为了进一步促进全国各高校优秀大学生之间的交流，扩大我院计算机相关学科的学术影响力，探索多元化的研究生招生选拔机制，切实提升研究生生源质量，我院拟于2025年7月2日举办2025年优秀大学生暑期夏令营活动，欢迎有意报考我院2026年研究生的优秀大学生前来参加本次夏令营活动。</w:t>
      </w:r>
    </w:p>
    <w:p>
      <w:r>
        <w:t>一、活动基本情况</w:t>
      </w:r>
    </w:p>
    <w:p>
      <w:r>
        <w:t>1. 活动时间：2025年7月2日</w:t>
      </w:r>
    </w:p>
    <w:p>
      <w:r>
        <w:t>2. 活动内容：学院介绍、学术讲座、学院参观、师生交流等。</w:t>
      </w:r>
    </w:p>
    <w:p>
      <w:r>
        <w:t>3. 活动形式：线下举办。</w:t>
      </w:r>
    </w:p>
    <w:p>
      <w:r>
        <w:t>4. 招收人数：拟招收80名营员。</w:t>
      </w:r>
    </w:p>
    <w:p>
      <w:r>
        <w:t>二、申请对象及基本要求</w:t>
      </w:r>
    </w:p>
    <w:p>
      <w:r>
        <w:t>1. 全国高水平大学计算机类相关专业的2022级在校优秀本科生；</w:t>
      </w:r>
    </w:p>
    <w:p>
      <w:r>
        <w:t>2. 品德优良、遵纪守法，具有创新意识和团队精神，在校期间未受过任何法纪处分；</w:t>
      </w:r>
    </w:p>
    <w:p>
      <w:r>
        <w:t>3. 对计算机相关专业的学术研究有浓厚的兴趣与较强的科研潜力，愿意从事学术研究工作；</w:t>
      </w:r>
    </w:p>
    <w:p>
      <w:r>
        <w:t>4. 学习成绩优异，本科前3年（或前5学期）总评成绩排名在专业前40%；</w:t>
      </w:r>
    </w:p>
    <w:p>
      <w:r>
        <w:t>5. 英语水平良好，全国大学生英语四级考试达到480分（含）以上或大学英语六级考试达到425分（含）以上或相当英语水平；</w:t>
      </w:r>
    </w:p>
    <w:p>
      <w:r>
        <w:t>6. 科研成果突出的学生条件可适当放宽。</w:t>
      </w:r>
    </w:p>
    <w:p>
      <w:r>
        <w:t>三、申请材料</w:t>
      </w:r>
    </w:p>
    <w:p>
      <w:r>
        <w:t>1. 《华中师范大学计算机学院2025年暑期夏令营申请表》1份，见附件1；</w:t>
      </w:r>
    </w:p>
    <w:p>
      <w:r>
        <w:t>2. 所在院系提供学生身份信息、学业排名等证明文件，见附件2；</w:t>
      </w:r>
    </w:p>
    <w:p>
      <w:r>
        <w:t>3. 个人陈述一份，具体格式及内容见附件3；</w:t>
      </w:r>
    </w:p>
    <w:p>
      <w:r>
        <w:t>4. 我院导师推荐信1份，请自行联系我院导师（https://cs.ccnu.edu.cn/szdw/ssds.htm），具体格式及内容见附件4；</w:t>
      </w:r>
    </w:p>
    <w:p>
      <w:r>
        <w:t>5. 其他证明材料 (如①已发表论文的扫描件、竞赛获奖和个人奖励证书的扫描件等②英语水平证书扫描件③盖章的学业成绩单扫描件④身份证及学生证的扫描件等)。</w:t>
      </w:r>
    </w:p>
    <w:p>
      <w:r>
        <w:t>四、申请流程</w:t>
      </w:r>
    </w:p>
    <w:p>
      <w:r>
        <w:t>1. 请先完成网上报名（点击https://docs.qq.com/form/page/DSXVHb3F3V1RvQU5X，或扫描下方二维码进行报名）；然后将所需的申请材料扫描，按照申请表、基本情况证明表、个人陈述、导师推荐信、其他证明材料的顺序合并成一个PDF文件，邮件主题、附件均命名为“夏令营报名_学校_姓名_手机号”，发送到邮箱：summercamp_ccnu_cs@163.com。网上报名和材料提交截止时间为2025年6月18日（星期三）下午5:00前。</w:t>
      </w:r>
    </w:p>
    <w:p>
      <w:r>
        <w:t>2. 审核工作由学院夏令营考核专家小组负责。入围夏令营学员名单将于6月底在华中师范大学计算机学院网站（http://cs.ccnu.edu.cn/）上公布，恕不再另行通知。营员名单公布后，参营营员请在指定的时间内加入QQ群，群号随入营名单公布，后续通知将在群内发布，请务必按要求按时加入，逾期未入群者，视为自动放弃夏令营入营资格。</w:t>
      </w:r>
    </w:p>
    <w:p>
      <w:r>
        <w:t>3. 夏令营具体安排。夏令营具体内容和日程安排请关注计算机学院网站主页后续通知。</w:t>
      </w:r>
    </w:p>
    <w:p>
      <w:r>
        <w:t>五、其他事项</w:t>
      </w:r>
    </w:p>
    <w:p>
      <w:r>
        <w:t>1. 本次夏令营结束后将在学院网站上公示合格营员名单（http://cs.ccnu.edu.cn/）。</w:t>
      </w:r>
    </w:p>
    <w:p>
      <w:r>
        <w:t>2. 我院为参营人员购买夏令营活动期间人身意外伤害保险。</w:t>
      </w:r>
    </w:p>
    <w:p>
      <w:r>
        <w:t>六、联系方式</w:t>
      </w:r>
    </w:p>
    <w:p>
      <w:r>
        <w:t>联系人：许老师 电话：027-67867207</w:t>
      </w:r>
    </w:p>
    <w:p>
      <w:r>
        <w:t>联系地址：湖北省武汉市洪山区雄楚大道382号（华中师范大学南湖校区）计算机学院7063办公室，430079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