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未来技术学院2025届本科毕业生推荐免试攻读研究生申报通知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根据学院工作安排，现将2025届本科毕业生推荐免试攻读研究生的申报安排通知如下：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发布日期：2024年9月10日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一、申报条件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符合条件且有意向参加推荐免试攻读研究生的同学均可申报。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二、申报方式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申请学生需同时完成线上和线下申报，且确保线上线下填写的信息及证明材料一致。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三、线下程序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申请学生须填写《未来技术学院推荐免试攻读研究生申请表》（以下简称《申请表》）及《未来技术学院2024年推荐免试攻读研究生申请汇总表》。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《申请表》由所在导师团队填写推荐意见并签字，并附相关证明材料（包括四六级成绩单、获奖证书、论文等材料的原件及复印件各一份，原件现场核验无误后返还学生），无证明材料不予认可。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以上材料请于9月12日上午12点前交到东区双创中心302办公室。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四、线上程序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申请学生须参照《中国地质大学（武汉）毕业生推免系统学生操作手册》于9月12日14:00前完成线上填写。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有意向申报推免的同学请加QQ群：904859163（相关政策和通知会及时在群里发布，请务必加群）。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未来技术学院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2024年9月10日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