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人文与传播学院/网络传播学院/出版学院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人文与传播学院（网络传播学院、出版学院）发布2026年推荐优秀应届本科毕业生免试攻读研究生工作实施细则。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学院名称：人文与传播学院/网络传播学院/出版学院（School of Humanities and Communication/School of Network Communication/School of Publishing）。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文件名称：人文与传播学院（网络传播学院、出版学院）2026年推荐优秀应届本科毕业生免试攻读研究生工作实施细则。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审核流程：初审、复审、终审。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原文未提供具体申请条件。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原文未提供具体报名时间。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四、活动时间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原文未提供具体活动时间。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原文未提供具体接收条件。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初审。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终审。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原文未提供具体材料清单。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原文未提供具体时间节点。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原文未提供具体名额。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原文未提供具体联系方式。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