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陕西师范大学文学院2024年全国优秀大学生夏令营录取名单-文学院官网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陕西师范大学文学院2024年全国优秀大学生夏令营报名工作自6月4日启动，至6月14日结束。经文学院“优秀大学生夏令营”选拔工作小组审核，综合遴选出40名同学为本次夏令营营员。名单排名不分先后。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一、入营名单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杨丰璐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370602********5521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许静怡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610528********8427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谢仁婧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340322********2428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140106********252X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邱译萱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370105********5621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蒋荠樊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330681********3305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陈姝含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410802********0026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潘冰冰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130529********3441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460006********0918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152601********062X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邱文权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350102********1554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史汶艳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140181********5025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320105********1620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350102********1522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韩江悦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610102********0321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潘宜芳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350583********8625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高朗月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150203********424X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350526********0029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邹宇涵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360481********0014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江晓涵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370104********5529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陶诗雨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340406********1420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152723********0929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杨婷婷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120114********0028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500101********6427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郭新蕊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130705********2726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130928********5827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330602********1026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510902********9494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朱逸菲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360681********0023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陈冬悦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340122********7968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梁美玲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622901********6545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罗丹妮娜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500233********940X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370725********0971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李辛桐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370112********2942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刘芊绵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410305********4043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唐庆玲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420625********4721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410221********8435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陈婉莹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511522********0027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石艺萌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610327********0025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陆芷滢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320581********162X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二、后续事项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请以上同学加入陕西师范大学文学院2024年夏令营QQ群：926722728。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陕西师范大学文学院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2024年6月25日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