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2026年英语学院接收推免生准考名单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2026年英语学院接收推免生准考名单。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2026年英语学院接收推免生准考名单，共收录准考考生199人，涉及生源学校包括北京外国语大学、中南财经政法大学、上海外国语大学、厦门大学、南京大学、山东大学、南开大学等，报考专业包括英语口译、英语笔译、英语语言文学、翻译学，报考专业方向包括高级口译、政治文献翻译、高级人文翻译、美国研究、英国研究、澳大利亚研究、加拿大研究、英语文学、英语语言学与应用语言学、外语教材研究、翻译跨文化研究、数智口笔译理论与实践、人工智能与翻译研究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二、准考名单明细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生源学校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中南财经政法大学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美国研究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贵州大学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英国研究、澳大利亚研究、加拿大研究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朱芳瑜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朱泓羽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巴吾尔江·木拉特别克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北京化工大学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翻译跨文化研究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毕薪茹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北京信息科技大学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曹锦岚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翻译跨文化研究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岑雯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浙江师范大学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美国研究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曾庆豪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辽宁大学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查睿菲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柴改茹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宁夏大学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英国研究、澳大利亚研究、加拿大研究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柴雨涵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陈晨莺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云南大学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英国研究、澳大利亚研究、加拿大研究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陈凯悦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英语语言学与应用语言学、外语教材研究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英语文学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陈薇然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云南农业大学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陈晓璐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中国石油大学(北京)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翻译跨文化研究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陈馨凝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英语文学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陈懿炜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安徽师范大学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英国研究、澳大利亚研究、加拿大研究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陈予诺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陈卓尔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中国传媒大学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英语语言学与应用语言学、外语教材研究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陈紫怡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英语文学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程怡荷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英语文学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党静雯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对外经济贸易大学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丁上茵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美国研究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段亮婧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范宇喆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长沙理工大学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冯楚茵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广州大学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付琬茹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付星月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傅雨佳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大连外国语大学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傅钊伟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浙江师范大学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高艺菲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耿雨洁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美国研究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龚至卿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广西师范大学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英国研究、澳大利亚研究、加拿大研究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数智口笔译理论与实践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郭夏月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中央民族大学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英语语言学与应用语言学、外语教材研究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韩佳琪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英语文学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韩潆澳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英语文学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美国研究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北京交通大学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何润婷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厦门大学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英语语言学与应用语言学、外语教材研究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贺佳璐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英语语言学与应用语言学、外语教材研究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贺子涵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英语语言学与应用语言学、外语教材研究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南华大学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英国研究、澳大利亚研究、加拿大研究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胡欣瑶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胡依蒙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广东外语外贸大学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英国研究、澳大利亚研究、加拿大研究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胡迎丰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石家庄铁道大学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胡圆瑾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户文佳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武汉科技大学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黄蕾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黄莉莉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福州大学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黄文莉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黄奕凯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美国研究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黄奕琦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英国研究、澳大利亚研究、加拿大研究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黄紫博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英语文学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霍雨佳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嘉仪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贾冰青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北京体育大学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贾世炜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英语语言学与应用语言学、外语教材研究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姜霁娜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厦门大学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靳皓然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英语语言文学（直博生）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杨鲁新-应用语言学（语言课程与教学、二语写作、外语教师教育、外语教材）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靳欣洋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北京中医药大学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珂伊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宁波大学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人工智能与翻译研究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孔子月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中央民族大学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雷心怡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英国研究、澳大利亚研究、加拿大研究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李翱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辽宁大学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英国研究、澳大利亚研究、加拿大研究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李奥雅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英语文学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李春乐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广东外语外贸大学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人工智能与翻译研究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辽宁大学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华东师范大学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李若辰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首都师范大学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美国研究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李熙蕾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美国研究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李鑫阳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北京中医药大学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李鑫怡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李幸哲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河北工业大学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人工智能与翻译研究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李彦舟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哈尔滨工业大学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英语语言学与应用语言学、外语教材研究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李雨薇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人工智能与翻译研究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李昱霖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中国民航大学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梁宇音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大连外国语大学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林宝盈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英语语言学与应用语言学、外语教材研究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林思彤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北京语言大学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英语文学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英国研究、澳大利亚研究、加拿大研究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林雨芯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刘博雅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哈尔滨工业大学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英语文学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刘格婷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武汉理工大学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美国研究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刘梦露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苏州大学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刘芮汐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刘庭妤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翻译跨文化研究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刘雪颖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英国研究、澳大利亚研究、加拿大研究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刘奕婷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英语语言学与应用语言学、外语教材研究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刘玉璇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翻译跨文化研究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刘芸汛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暨南大学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卢政锟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鹿筱珺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栾千惠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北京邮电大学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罗昕瑶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厦门大学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马琪然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梅可函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南京邮电大学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梅泽宇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牛冰煜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牛飞帆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欧阳佳妮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潘芷萱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湖北工业大学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彭佳玥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北京语言大学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翻译跨文化研究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彭钰翔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广东外语外贸大学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英语文学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钱晚晴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英语文学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秦方琦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秋月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西南财经大学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饶婧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英语语言学与应用语言学、外语教材研究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任清琪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英语语言学与应用语言学、外语教材研究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任奕璇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任张弛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安徽师范大学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邵雨阳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上海对外经贸大学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盛欣欣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舒友乐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北京第二外国语学院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宋秋莹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美国研究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苏宇航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英国研究、澳大利亚研究、加拿大研究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孙冰玉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中央民族大学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美国研究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孙俪嘉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中国海洋大学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孙亦嘉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翻译跨文化研究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孙永康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南京邮电大学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美国研究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谭李佳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大连外国语大学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汤丰萁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青岛科技大学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汤文慧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北京邮电大学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数智口笔译理论与实践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唐巾晶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陶金羽菲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中国石油大学(北京)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田家怡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英国研究、澳大利亚研究、加拿大研究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涂晨晨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涂莞雯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北京语言大学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英国研究、澳大利亚研究、加拿大研究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汪江涵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西安交通大学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汪小艺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中南财经政法大学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英语文学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王琳超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北京中医药大学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王淼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王杉杉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美国研究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王潇悦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人工智能与翻译研究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王心怡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王忆茹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华北电力大学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王毓宁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英语语言学与应用语言学、外语教材研究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王紫怡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英国研究、澳大利亚研究、加拿大研究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魏静怡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魏彤宇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北京第二外国语学院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巫铭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英语文学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吴金泓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广东外语外贸大学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吴瑾仪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肖芸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北京第二外国语学院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英语语言文学（直博生）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江进林-应用语言学（语言测试与评估、语料库语言学、外语教材）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谢欣洁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高级人文翻译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谢雨缘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湘潭大学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熊梓言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西南交通大学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徐笑笑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英语文学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徐恂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英语文学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徐艺宸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英语语言学与应用语言学、外语教材研究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徐治球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湘潭大学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许铂林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大连外国语大学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许琪悦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英语语言学与应用语言学、外语教材研究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许志涛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郑州大学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英语语言学与应用语言学、外语教材研究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闫梦琳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太原理工大学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政治文献翻译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