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复旦大学经济学院2027年专硕推免生招生进入复试考生名单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本网页为复旦大学经济学院2027年专业学位硕士研究生项目推免生招生报名通知，非复试考生名单公示页，未包含具体进入复试考生人数及名单明细。发布日期（推定）：2026年7月3日。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本次推免招生涵盖金融、税务、国际商务、保险、资产评估、数字经济六个专业学位硕士项目。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报名条件要求申请人总评成绩排名原则上在本专业前20%之内；或成绩排名暂未达前20%，但在学术研究、学科竞赛、创新创业等方面表现特别优异者。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本通知未涉及公示期信息。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报名时间为2026年7月6日10:00至2026年8月10日17:00。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申请人须登录复旦大学研究生报考服务系统完成报名，系统填报为获得推免复试资格的唯一正式申报途径。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暑假期间（7月13日-8月25日）咨询请通过邮件联系，电子邮箱：econzy@fudan.edu.cn。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