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关于开展农学院2026年推荐免试研究生工作的通知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关于开展农学院2026年推荐免试研究生工作的通知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为做好2026年推荐免试研究生工作，根据学校推荐免试研究生的相关政策要求，结合学院惯例与实际情况，经学院研究，特制定学院推免研究生推荐实施细则如下：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学院成立2026年推荐免试研究生工作小组，小组成员为：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 长：翟云龙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副组长：陈晨、陈国栋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 员：郭伟锋、杨明禄、王家强、肖海兵、张翠丽、郝海婷、王婷婷、梁雪齐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纳入国家普通本科招生计划录取的应届本科毕业生（不含专升本、第二学士学位、独立学院学生）。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具有高尚的爱国主义情操和集体主义精神，社会主义信念坚定，社会责任感强，品行表现优良，无任何违法违纪受处分记录。诚实守信，学风端正，无任何考试作弊和剽窃他人学术成果记录。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身体健康状况符合规定的体检标准，并通过国家规定的体育锻炼标准。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