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杭州师范大学2026年推荐优秀应届本科毕业生免试攻读研究生“硕师计划”推免生名单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杭州师范大学2026年推荐优秀应届本科毕业生免试攻读研究生“硕师计划”推免生名单共22人，涉及本科专业为小学教育（师范）、物理学（复合教育技术学）（师范）、科学教育（师范），推荐类型均为“硕师计划”推免生，备注为对应接收教育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2022211101067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章智鑫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杭州市淳安县教育局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沈雨倩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2022211101006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杨世炯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周展翼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台州市天台县教育局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叶菁菁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杭州市淳安县教育局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钟子祺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丽水市龙泉市教育局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张琳堇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丽水市龙泉市教育局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陶卓希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2022211101245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翁瑜希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2022211101248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高思齐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张雅雯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丽水市龙泉市教育局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潘奕凝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潘紫怡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2022211101251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周春池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丽水市景宁畲族自治县教育局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朱梦露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台州市天台县教育局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2022211101250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郑亦烜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2022211101131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黄智柯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宁波市象山县教育局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2022210223034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物理学（复合教育技术学）（师范）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鲁哲豪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宁波市奉化区教育局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2022210207089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丽水市遂昌县教育局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2022210223012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物理学（复合教育技术学）（师范）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宁波市奉化区教育局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2022210207087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科学教育（师范）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叶旭涛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“硕师计划”推免生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丽水市龙泉市教育局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二、专业与人数分布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小学教育（师范）：18人。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物理学（复合教育技术学）（师范）：2人。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科学教育（师范）：2人。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三、接收教育局分布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宁波市象山县教育局：10人。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丽水市龙泉市教育局：5人。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杭州市淳安县教育局：2人。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台州市天台县教育局：2人。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宁波市奉化区教育局：2人。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丽水市景宁畲族自治县教育局：1人。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丽水市遂昌县教育局：1人。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