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| 专业代码 | 专业名称 | 考生编号 | 笔试成绩 | 面试成绩 | 复试总成绩 | 复试结果 | 考生姓名 |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首都医科大学附属北京胸科医院2026年硕士研究生推免复试工作已结束，现对拟录取名单进行公示。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公示时间：9月24日起至9月30日，共计5个工作日。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异议受理：如有异议请在公示期内联系教育处。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联系电话：010-89509299。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笔试成绩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面试成绩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复试结果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临床检验诊断学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程芳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临床检验诊断学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李元伟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临床检验诊断学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侯艳霞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1002Z5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临床病理学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金丽莹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王若羲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丁叶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蒋焱焱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马鸿壮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丁一柠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王钤君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刘恩谷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李俊兴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黄雪明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放射影像学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李依轩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接受复试通知未参加复试考生视为自动放弃，不再公示。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