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华中师范大学国家文化产业研究中心2025年优秀大学生暑期夏令营优秀营员、合格营员名单公示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华中师范大学国家文化产业研究中心2025年优秀大学生暑期夏令营优秀营员、合格营员名单公示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华中师范大学国家文化产业研究中心开展2025年优秀大学生暑期夏令营活动，通过综合考核，现将优秀营员和合格营员名单予以公示，名单见附件。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文产中心夏令营成绩公示.pdf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地址：湖北武汉珞喻路152号华中师范大学科学会堂南楼3楼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邮编：430079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邮箱：nrcc2006@163.com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电话：027-67867695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