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广西大学公共管理学院2026年优秀大学生“博学”夏令营招生简章-公共管理院网站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增进优秀大学生对广西大学公共管理学院的了解，感知名师魅力，激发学生科研兴趣，提供师生相互交流与学习的平台，并考察学生的学业水平、科研能力与综合素质等，我院将于2026年7月10日-12日，以线上线下相结合的方式，举办广西大学公共管理学院2026年优秀大学生“博学”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大学坐落于风景如画的广西首府南宁，是广西办学历史最悠久、规模最大的综合性大学，是广西唯一的国家“211工程”建设学校，世界一流学科建设高校，教育部和广西壮族自治区人民政府“部区合建”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大学公共管理学院的前身为1977年成立的广西大学哲学系，1993年更名为社会管理学系。1997年4月，原广西大学社会管理学系、社会科学教学科研部与广西农业大学社会科学部、德育教学部合并组建为广西大学社会科学与管理学院。2005年社会科学与管理学院更名为公共管理学院。2006年，学院增设社会工作专业，2017年根据学校学科建设规划，该专业停止招生。2017年，哲学专业整建制划归马克思主义学院；同年，学校整合学科资源，将教育学院部分师资力量并入我院，为学科建设注入新动能。2018年，学院学科建设实现重大突破，成功获批公共管理一级学科博士学位授权点，同时该学科入选教育部世界一流学科群——应用经济学建设序列，开启学科高质量发展新篇章，公共管理学科排名稳定在前20%左右。2019年公共事业管理专业入选首批国家一流本科专业建设点，是广西高等学校特色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下设行政管理、社会保障与公共政策、土地资源管理三个系（教研室）。拥有省级科研平台广西高校人文社会科学重点研究基地“区域社会治理创新研究中心”、广西机关事务管理研究中心，以及中国农村改革与发展研究中心、广西大学国土资源管理与公共政策研究中心、广西大学公共组织人力资源研究所、绿色发展与边疆治理研究院4个校级研究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拥有公共管理一级学科博士点、公共管理一级学科硕士点和公共管理专业硕士（MPA）学位授权点。公共管理一级学科博士点和一级学科硕士点下设有行政管理、公共政策、社会组织与基层治理、土地资源管理、绿色发展与边疆治理、中国-东盟区域治理等研究方向。公共管理学科现为广西壮族自治区重点学科，是广西大学“211工程”和“中西部高校综合实力提升工程”重点建设的学科领域。本学科围绕国家和广西经济社会高质量发展的重大需求，及时捕捉公共管理学科发展最新动态，强调坚持理论创新与实证扎根，综合运用科学知识和方法，研究公共管理组织和公共管理过程及其规律，注重地方和民族特色，形成了以“绿色”“民族”“边疆”为基本特征的学科优势，在乡村振兴、非政府组织、生态文明治理、区域社会治理创新、绿色发展与边疆治理等领域已取得了一系列重大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大学公共管理学院优秀本科生夏令营自2019年开始举办，至今已成功举办七届，秉承西大公管学院“博学、笃行”的院训，为校内外优秀学子提供近距离认识公管学院学科、感知名师魅力的契机。从2021年起，我校所有专业优先录取第一志愿复试合格考生，夏令营是保障优质生源比例的重要措施之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（一）招生规模与对象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广西大学公共管理学院2026年优秀大学生“博学”夏令营拟招收营员100人左右，招生对象为全国“985”“211”工程高校或具有相关管理类重点学科高校的优秀本科三年级在校生。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国内有研究生推免资格高校的三年级（预计2027年夏季本科毕业）优秀在校生：管理类相关专业的本科生，或具备一定的管理学科基础或者修过相关课程的非管理类专业学生；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学习成绩优秀，本科前三年（或前五学期）总评成绩排名在本校本年级本专业前20%；在其他方面有优异表现者，如有相关科研成果（需提供相关材料扫描件），可适当放宽条件；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具有较强的创新意识和专业研究能力，学习刻苦、勤奋、成绩优秀。优先选拔具有较强科研能力的学生；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遵守学术道德规范。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（一）申请报名时间和材料条件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广西大学公共管理学院2026年优秀大学生“博学”夏令营采用电子邮件报名，不接受纸质材料申请。请有意向、符合申请条件的同学即日至7月1日将以下申请材料发至邮箱：gxu120400@gxu.edu.cn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1.《广西大学2026年优秀大学生“博学”夏令营申请表》和《广西大学2026年优秀大学生“博学”夏令营汇总表》电子文件；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本科阶段成绩单图像文件（截至申请日所能提供的成绩单，由学校教务部门盖章）；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前五学期总评成绩排名证明图像文件（由所在学院出具证明）；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提交本科专业研究领域范围内的个人代表性学术成果1篇；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要求：在校期间完成的；申请者必须拥有独立知识产权；可以是公开发表的，也可以是未发表的；格式符合学术规范；使用word或pdf格式。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其它材料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包括：①英语水平的证明材料；②大学期间发表的学术论文（如有），期刊论文要求复印期刊封面、目录、正文和版权页；著作提供原件一本；③其它获校级以上奖励的证明材料。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上述材料一起压缩成ZIP文件（文件命名格式：学校+专业+姓名），发送至gxu120400@gxu.edu.cn；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申请人提交的全部申请材料应保证其真实性与准确性，责任自负；申请材料不全将不予受理；所提交材料不退还；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入选营员报到时，应提供与网申填报信息一致的纸质材料，材料须真实有效。如有弄虚作假，取消入营资格，并通报申请人所在院校。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（二）报名材料审核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7月2日-7月5日为材料审核阶段。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（三）结果公布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6日公布结果。入选名单将在广西大学公共管理学院网站公布，请注意查看。入选营员应在营员录取名单公布之日起2日内发送“XXX同意按时参加广西大学公共管理学院夏令营”为内容的电子邮件确认是否参加。逾期未确认的，视为放弃此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（四）身份核验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在开营前，营员凭身份证和学生证进行线上身份核验。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四、夏令营安排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五、优秀营员的选拔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在广西大学公共管理学院2026年优秀大学生“博学”夏令营活动期间，学院将开展卓越营员的选拔考核工作。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（一）选拔考核的内容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夏令营参与积极性（20%）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营员代表汇报（30%）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（二）选拔考核成绩的运用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学院根据选拔考核综合成绩确定卓越营员和优秀营员名单，并颁发“卓越营员证书”和“优秀营员证书”。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六、联系与咨询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请有意申请的同学继续留意后续相关通知。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联系地址：广西南宁市大学东路100号广西大学公共管理学院105办公室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E-mail：gxu120400@gxu.edu.cn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欢迎各高校2027届优秀应届本科毕业生积极报名，欢迎来电咨询相关信息。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公共管理学院研究生会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潘 峻 黄艳芬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一审一校 唐浩洵、陈一德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二审二校 侯俊丽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三审三校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