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浙江大学传媒与国际文化学院2026年优秀大学生夏令营活动通知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传媒与国际文化学院成立于2006年，其中新闻学科于1958年创办，是国内最早开设新闻教育的单位之一。学院现有5个研究所和9个研究中心。在2024年泰晤士高等教育发布的中国学科评级中，浙江大学新闻传播学科被评为A学科。在2025年软科中国学科排名中，浙江大学新闻传播学科位列前12%。为增进全国优秀大学生对我院的了解，吸引更多优秀学生来我院进一步深造，学院特举办2026年全国优秀大学生夏令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一、夏令营概况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将于2026年7月7-8日举行，拟面向全国院校招收营员（包括本校），招收专业为新闻与传播、戏剧与影视，两个专业分别拟招收30人、40人，实际入营人数将根据报名情况适当调整。本次夏令营所有活动以线下方式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备注：新闻与传播夏令营为1天，食宿、差旅费自理。戏剧与影视夏令营为1.5天，包海宁校区来回紫金港校区交通和海宁住宿1晚，其他费用自理。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欢迎全国高校本科三年级（2027年夏季毕业）优秀学生，预期可获得教育部推荐免试研究生资格的优秀学生报名，各专业均接受跨专业申请；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具备良好的学术研究潜质，有志于从事学术研究工作；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综合素质突出，学习成绩优异，本科前三年（或前5学期）总评成绩排名在本专业前20%；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外语成绩优秀；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身心健康，在校期间无违纪行为、未受过处分。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2026年6月22日24点前，请申请者登录浙江大学研究生院招生网2026年浙江大学夏令营网报入口进行网上报名：https://yjsy.zju.edu.cn/grsinfo/zs/user/login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请按系统要求填写报名信息，先上传成绩单后提交，生成《浙江大学2026年夏令营申请表》（因为不上传成绩单无法提交并生成申请表）。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请将以下材料电子扫描后按顺序合并成一个PDF文档上传到报名系统中上传成绩单的位置，覆盖原有已上传的成绩单，同时务必在上传照片的地方按要求上传个人电子证件照，需提交材料清单如下：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《浙江大学2026年夏令营申请表》1份；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个人身份证复印件一份；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本科成绩单1份（须加盖学校教务处或院系公章）；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成绩排名（须加盖学校教务处或院系公章）；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外语水平证明的复印件；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有关获奖证书和学术科研成果；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个人陈述1份（格式不限），含对申请学科专业的认识、拟定研究计划，3000字左右。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以上所有材料均应真实有效，若发现申请人有弄虚作假行为，取消其申请资格并通报申请人所在本科院校。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四、审核与录取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各学科将根据申请者提交的材料，以教育背景、学业水平、科研能力、综合素质等为主要评价依据，对申请者进行入围资格评审，并于6月26日前在申请系统中公布结果（系统中审核结果显示为“同意参加”），未显示“同意参加”的皆为未入选者，不再另行通知。被录取同学需在2026年6月30日12点前确认是否参加，逾期未确认视为放弃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戏剧与影视咨询邮箱：0925647@zju.edu.cn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新闻与传播咨询邮箱：yeyuhong@zju.edu.cn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学院教育教学办公室电话：87075152，赵老师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浙江大学传媒与国际文化学院网站：http://www.cmic.zju.edu.cn/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学院导师介绍：http://www.cmic.zju.edu.cn/35557/list.htm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研究生院招生处网站：http://www.grs.zju.edu.cn/yjszs/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本《活动通知》自公布之日起实施，未尽事项参照学校相关规定执行，由传媒与国际文化学院负责解释。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浙江大学传媒与国际文化学院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2026年6月11日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