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农学院关于2026年推荐优秀应届本科毕业生免试攻读研究生工作的通知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农学院发布关于2026年推荐优秀应届本科毕业生免试攻读研究生工作的通知，面向2026年推免工作。通知正文未提供详细文字说明，主要包含相关附件，供申请者下载使用。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一、相关附件清单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附件1：农学院2026年推荐优秀应届本科毕业生免试攻读研究生实施细则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附件2：2026年推免资格申请表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附件3：诚信协议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附件4：西北农林科技大学特长生免试攻读研究生推荐办法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附件5：免试攻读研究生专家推荐书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 杨凌 邰城路3号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综合办公室电话：029-87082845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主管领导：韩新辉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网管员：王磊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