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关于做好长沙理工大学2026年推荐优秀应届本科毕业生免试攻读研究生工作的通知-教务处</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2024〕26号）的要求，现将长沙理工大学2026年推荐优秀应届本科毕业生免试攻读研究生工作有关事项通知如下：</w:t>
      </w:r>
    </w:p>
    <w:p>
      <w:pPr>
        <w:spacing w:after="80" w:lineRule="auto" w:line="360"/>
        <w:ind w:firstLine="482"/>
        <w:jc w:val="both"/>
      </w:pPr>
      <w:r>
        <w:rPr>
          <w:rFonts w:ascii="Times New Roman" w:hAnsi="Times New Roman" w:eastAsia="宋体"/>
          <w:b w:val="0"/>
          <w:sz w:val="24"/>
        </w:rPr>
        <w:t>发布日期：2025年8月31日</w:t>
      </w:r>
    </w:p>
    <w:p>
      <w:pPr>
        <w:spacing w:before="160" w:after="80" w:lineRule="auto" w:line="360"/>
        <w:jc w:val="left"/>
      </w:pPr>
      <w:r>
        <w:rPr>
          <w:rFonts w:ascii="Times New Roman" w:hAnsi="Times New Roman" w:eastAsia="宋体"/>
          <w:b/>
          <w:sz w:val="28"/>
        </w:rPr>
        <w:t>一、推免生资格学生</w:t>
      </w:r>
    </w:p>
    <w:p>
      <w:pPr>
        <w:spacing w:after="80" w:lineRule="auto" w:line="360"/>
        <w:ind w:firstLine="482"/>
        <w:jc w:val="both"/>
      </w:pPr>
      <w:r>
        <w:rPr>
          <w:rFonts w:ascii="Times New Roman" w:hAnsi="Times New Roman" w:eastAsia="宋体"/>
          <w:b w:val="0"/>
          <w:sz w:val="24"/>
        </w:rPr>
        <w:t>具有推荐免试资格的学生是指纳入国家普通高等学校本科招生计划的全日制应届本科生（不含专升本、独立学院、第二学位的本科生）。</w:t>
      </w:r>
    </w:p>
    <w:p>
      <w:pPr>
        <w:spacing w:before="160" w:after="80" w:lineRule="auto" w:line="360"/>
        <w:jc w:val="left"/>
      </w:pPr>
      <w:r>
        <w:rPr>
          <w:rFonts w:ascii="Times New Roman" w:hAnsi="Times New Roman" w:eastAsia="宋体"/>
          <w:b/>
          <w:sz w:val="28"/>
        </w:rPr>
        <w:t>二、组织机构及职责</w:t>
      </w:r>
    </w:p>
    <w:p>
      <w:pPr>
        <w:spacing w:after="80" w:lineRule="auto" w:line="360"/>
        <w:ind w:firstLine="482"/>
        <w:jc w:val="both"/>
      </w:pPr>
      <w:r>
        <w:rPr>
          <w:rFonts w:ascii="Times New Roman" w:hAnsi="Times New Roman" w:eastAsia="宋体"/>
          <w:b w:val="0"/>
          <w:sz w:val="24"/>
        </w:rPr>
        <w:t>1. 学校推免生遴选工作领导小组，负责各推免负责单位的工作细则、工作方案的审定和推荐指标分配方案以及推荐名单的审定和公示。</w:t>
      </w:r>
    </w:p>
    <w:p>
      <w:pPr>
        <w:spacing w:after="80" w:lineRule="auto" w:line="360"/>
        <w:ind w:firstLine="482"/>
        <w:jc w:val="both"/>
      </w:pPr>
      <w:r>
        <w:rPr>
          <w:rFonts w:ascii="Times New Roman" w:hAnsi="Times New Roman" w:eastAsia="宋体"/>
          <w:b w:val="0"/>
          <w:sz w:val="24"/>
        </w:rPr>
        <w:t>2. 相关学院（单位）推荐工作小组，负责本单位的“工作细则”、“推免生工作方案”，负责本单位内计划推荐指标安排、符合资格学生名单和本单位推荐名单的审定和公示。</w:t>
      </w:r>
    </w:p>
    <w:p>
      <w:pPr>
        <w:spacing w:after="80" w:lineRule="auto" w:line="360"/>
        <w:ind w:firstLine="482"/>
        <w:jc w:val="both"/>
      </w:pPr>
      <w:r>
        <w:rPr>
          <w:rFonts w:ascii="Times New Roman" w:hAnsi="Times New Roman" w:eastAsia="宋体"/>
          <w:b w:val="0"/>
          <w:sz w:val="24"/>
        </w:rPr>
        <w:t>3. 各学院（单位）遴选与审核鉴定工作成员数量为7，且具备副教授及以上职称，负责申请者的申请资格与条件、思想政治品德、学业成绩、科研成果、学科竞赛成绩等核查，对科研成果、学科竞赛获奖等进行质询、综合评价和审核鉴定。</w:t>
      </w:r>
    </w:p>
    <w:p>
      <w:pPr>
        <w:spacing w:before="160" w:after="80" w:lineRule="auto" w:line="360"/>
        <w:jc w:val="left"/>
      </w:pPr>
      <w:r>
        <w:rPr>
          <w:rFonts w:ascii="Times New Roman" w:hAnsi="Times New Roman" w:eastAsia="宋体"/>
          <w:b/>
          <w:sz w:val="28"/>
        </w:rPr>
        <w:t>三、推免生申请条件</w:t>
      </w:r>
    </w:p>
    <w:p>
      <w:pPr>
        <w:spacing w:after="80" w:lineRule="auto" w:line="360"/>
        <w:ind w:firstLine="482"/>
        <w:jc w:val="both"/>
      </w:pPr>
      <w:r>
        <w:rPr>
          <w:rFonts w:ascii="Times New Roman" w:hAnsi="Times New Roman" w:eastAsia="宋体"/>
          <w:b w:val="0"/>
          <w:sz w:val="24"/>
        </w:rPr>
        <w:t>推免学生应思想政治可靠、品德优良、诚实守信、学风端正、身心健康；无任何考试作弊或剽窃他人学术成果等行为及处分记录，无其他学术不端记录；思想品德考核不合格者不予推荐。推免生基本条件应满足《长沙理工大学推荐优秀应届本科毕业生免试攻读硕士学位研究生实施办法》（长理工大教〔2024〕26号）第二章第九条的要求。</w:t>
      </w:r>
    </w:p>
    <w:p>
      <w:pPr>
        <w:spacing w:after="80" w:lineRule="auto" w:line="360"/>
        <w:ind w:firstLine="482"/>
        <w:jc w:val="both"/>
      </w:pPr>
      <w:r>
        <w:rPr>
          <w:rFonts w:ascii="Times New Roman" w:hAnsi="Times New Roman" w:eastAsia="宋体"/>
          <w:b w:val="0"/>
          <w:sz w:val="24"/>
        </w:rPr>
        <w:t>推免学生应学业优秀，补考、重修课程严格按初修成绩计分。</w:t>
      </w:r>
    </w:p>
    <w:p>
      <w:pPr>
        <w:spacing w:before="160" w:after="80" w:lineRule="auto" w:line="360"/>
        <w:jc w:val="left"/>
      </w:pPr>
      <w:r>
        <w:rPr>
          <w:rFonts w:ascii="Times New Roman" w:hAnsi="Times New Roman" w:eastAsia="宋体"/>
          <w:b/>
          <w:sz w:val="28"/>
        </w:rPr>
        <w:t>四、推免生计划分配</w:t>
      </w:r>
    </w:p>
    <w:p>
      <w:pPr>
        <w:spacing w:after="80" w:lineRule="auto" w:line="360"/>
        <w:ind w:firstLine="482"/>
        <w:jc w:val="both"/>
      </w:pPr>
      <w:r>
        <w:rPr>
          <w:rFonts w:ascii="Times New Roman" w:hAnsi="Times New Roman" w:eastAsia="宋体"/>
          <w:b w:val="0"/>
          <w:sz w:val="24"/>
        </w:rPr>
        <w:t>学校推免生遴选工作领导小组会议将教育部下达给我校2026年推免生计划名额分配到各单位。</w:t>
      </w:r>
    </w:p>
    <w:p>
      <w:pPr>
        <w:spacing w:before="160" w:after="80" w:lineRule="auto" w:line="360"/>
        <w:jc w:val="left"/>
      </w:pPr>
      <w:r>
        <w:rPr>
          <w:rFonts w:ascii="Times New Roman" w:hAnsi="Times New Roman" w:eastAsia="宋体"/>
          <w:b/>
          <w:sz w:val="28"/>
        </w:rPr>
        <w:t>五、推免生综合考核</w:t>
      </w:r>
    </w:p>
    <w:p>
      <w:pPr>
        <w:spacing w:after="80" w:lineRule="auto" w:line="360"/>
        <w:ind w:firstLine="482"/>
        <w:jc w:val="both"/>
      </w:pPr>
      <w:r>
        <w:rPr>
          <w:rFonts w:ascii="Times New Roman" w:hAnsi="Times New Roman" w:eastAsia="宋体"/>
          <w:b w:val="0"/>
          <w:sz w:val="24"/>
        </w:rPr>
        <w:t>1. 各单位推荐工作小组，根据教育部和学校文件精神，结合各单位的实际情况，制订本单位2026年“推免生工作细则”（以下简称细则）和“推免生工作方案”（以下简称方案），9月4日前报学校推免生遴选工作办公室审定和备案；经审定后的各单位“细则”和“方案”通过多种公开途径公布。</w:t>
      </w:r>
    </w:p>
    <w:p>
      <w:pPr>
        <w:spacing w:after="80" w:lineRule="auto" w:line="360"/>
        <w:ind w:firstLine="482"/>
        <w:jc w:val="both"/>
      </w:pPr>
      <w:r>
        <w:rPr>
          <w:rFonts w:ascii="Times New Roman" w:hAnsi="Times New Roman" w:eastAsia="宋体"/>
          <w:b w:val="0"/>
          <w:sz w:val="24"/>
        </w:rPr>
        <w:t>2. 推免生科研创新潜质与专业能力考核加分应严格依据教育部《关于进一步规范和加强推荐优秀应届本科毕业免试攻读研究生工作的通知》文件要求、《长沙理工大学推荐优秀应届本科毕业生免试攻读硕士学位研究生实施办法》（长理工大教〔2024〕26号）文件中的附件《长沙理工大学推免生科研创新潜质与专业能力考核办法》。对于休学创业的学生，根据创办企业规模、运营状况等给予1-5的加分（按照上级认定文件由创业就业指导处认定）。</w:t>
      </w:r>
    </w:p>
    <w:p>
      <w:pPr>
        <w:spacing w:after="80" w:lineRule="auto" w:line="360"/>
        <w:ind w:firstLine="482"/>
        <w:jc w:val="both"/>
      </w:pPr>
      <w:r>
        <w:rPr>
          <w:rFonts w:ascii="Times New Roman" w:hAnsi="Times New Roman" w:eastAsia="宋体"/>
          <w:b w:val="0"/>
          <w:sz w:val="24"/>
        </w:rPr>
        <w:t>3. 学生与直系亲属或学历、职称、职务明显高于本人者合作的科研成果、竞赛奖项等仅作为参考，不纳入学生本人推免遴选综合评价成绩计算体系，同等条件下可优先考虑。对于社会质疑较多的赛事、刊物，各推荐单位要从严把握。</w:t>
      </w:r>
    </w:p>
    <w:p>
      <w:pPr>
        <w:spacing w:after="80" w:lineRule="auto" w:line="360"/>
        <w:ind w:firstLine="482"/>
        <w:jc w:val="both"/>
      </w:pPr>
      <w:r>
        <w:rPr>
          <w:rFonts w:ascii="Times New Roman" w:hAnsi="Times New Roman" w:eastAsia="宋体"/>
          <w:b w:val="0"/>
          <w:sz w:val="24"/>
        </w:rPr>
        <w:t>4. 各学院如有目录外的赛事、刊物或成果等需列入加分项的，一并在推免生工作方案中列出，由学校推免生遴选工作办公室审定。</w:t>
      </w:r>
    </w:p>
    <w:p>
      <w:pPr>
        <w:spacing w:before="160" w:after="80" w:lineRule="auto" w:line="360"/>
        <w:jc w:val="left"/>
      </w:pPr>
      <w:r>
        <w:rPr>
          <w:rFonts w:ascii="Times New Roman" w:hAnsi="Times New Roman" w:eastAsia="宋体"/>
          <w:b/>
          <w:sz w:val="28"/>
        </w:rPr>
        <w:t>六、推免生遴选程序</w:t>
      </w:r>
    </w:p>
    <w:p>
      <w:pPr>
        <w:spacing w:after="80" w:lineRule="auto" w:line="360"/>
        <w:ind w:firstLine="482"/>
        <w:jc w:val="both"/>
      </w:pPr>
      <w:r>
        <w:rPr>
          <w:rFonts w:ascii="Times New Roman" w:hAnsi="Times New Roman" w:eastAsia="宋体"/>
          <w:b w:val="0"/>
          <w:sz w:val="24"/>
        </w:rPr>
        <w:t>根据教育部推免工作进度安排，2026年推免工作时间安排将整体前移，具体时间及程序如下：</w:t>
      </w:r>
    </w:p>
    <w:p>
      <w:pPr>
        <w:spacing w:after="80" w:lineRule="auto" w:line="360"/>
        <w:ind w:firstLine="482"/>
        <w:jc w:val="both"/>
      </w:pPr>
      <w:r>
        <w:rPr>
          <w:rFonts w:ascii="Times New Roman" w:hAnsi="Times New Roman" w:eastAsia="宋体"/>
          <w:b w:val="0"/>
          <w:sz w:val="24"/>
        </w:rPr>
        <w:t>1. 2025年9月4日，各单位推荐工作小组，制订本单位2026年“推免生工作细则”（以下简称细则）和“推免生工作方案”（以下简称方案），报学校推免生遴选工作办公室审定和备案加盖公章的扫描件，报送邮箱：008223@csust.edu.cn；经审定后的各单位“细则”和“方案”通过多种公开途径公布。</w:t>
      </w:r>
    </w:p>
    <w:p>
      <w:pPr>
        <w:spacing w:after="80" w:lineRule="auto" w:line="360"/>
        <w:ind w:firstLine="482"/>
        <w:jc w:val="both"/>
      </w:pPr>
      <w:r>
        <w:rPr>
          <w:rFonts w:ascii="Times New Roman" w:hAnsi="Times New Roman" w:eastAsia="宋体"/>
          <w:b w:val="0"/>
          <w:sz w:val="24"/>
        </w:rPr>
        <w:t>2. 2025年9月9日，符合学校推免生申请条件的学生本人提出申请，填写《推荐免试攻读硕士学位研究生资格申请表》（附件1），并提供英语和计算机过级成绩单、有关科研成果与学科竞赛奖励证明复印件及其它证明材料；组织单位做好证明材料原件与复印件的审核工作。</w:t>
      </w:r>
    </w:p>
    <w:p>
      <w:pPr>
        <w:spacing w:after="80" w:lineRule="auto" w:line="360"/>
        <w:ind w:firstLine="482"/>
        <w:jc w:val="both"/>
      </w:pPr>
      <w:r>
        <w:rPr>
          <w:rFonts w:ascii="Times New Roman" w:hAnsi="Times New Roman" w:eastAsia="宋体"/>
          <w:b w:val="0"/>
          <w:sz w:val="24"/>
        </w:rPr>
        <w:t>3. 2025年9月11日，各单位对申请者资格条件、学业成绩、学术成果、获奖情况（含在文艺体育和社会工作中有突出表现）等进行审核鉴定、综合排名、公示和推荐，填写《长沙理工大学2026年推荐免试攻读硕士学位研究生汇总表》（附件2）及相关材料，经各单位推荐工作小组审核盖章后，送交推免生遴选工作领导小组办公室（教务处）初审，报学校推免生遴选工作领导小组审定。</w:t>
      </w:r>
    </w:p>
    <w:p>
      <w:pPr>
        <w:spacing w:after="80" w:lineRule="auto" w:line="360"/>
        <w:ind w:firstLine="482"/>
        <w:jc w:val="both"/>
      </w:pPr>
      <w:r>
        <w:rPr>
          <w:rFonts w:ascii="Times New Roman" w:hAnsi="Times New Roman" w:eastAsia="宋体"/>
          <w:b w:val="0"/>
          <w:sz w:val="24"/>
        </w:rPr>
        <w:t>4. 2025年9月12日，学校推免生遴选工作领导小组根据教育部的推免生计划数确定推免生名单，并在校园网公示7天；如有异议，学校查明情况并公布处理结果。</w:t>
      </w:r>
    </w:p>
    <w:p>
      <w:pPr>
        <w:spacing w:after="80" w:lineRule="auto" w:line="360"/>
        <w:ind w:firstLine="482"/>
        <w:jc w:val="both"/>
      </w:pPr>
      <w:r>
        <w:rPr>
          <w:rFonts w:ascii="Times New Roman" w:hAnsi="Times New Roman" w:eastAsia="宋体"/>
          <w:b w:val="0"/>
          <w:sz w:val="24"/>
        </w:rPr>
        <w:t>5. 2025年9月19日，教务处将推免生名单导入教育部“全国推荐优秀应届本科毕业生免试攻读研究生信息公开暨管理服务系统”（简称推免服务系统），报湖南省教育考试院进行政策审核，并按要求向教育部备案。</w:t>
      </w:r>
    </w:p>
    <w:p>
      <w:pPr>
        <w:spacing w:after="80" w:lineRule="auto" w:line="360"/>
        <w:ind w:firstLine="482"/>
        <w:jc w:val="both"/>
      </w:pPr>
      <w:r>
        <w:rPr>
          <w:rFonts w:ascii="Times New Roman" w:hAnsi="Times New Roman" w:eastAsia="宋体"/>
          <w:b w:val="0"/>
          <w:sz w:val="24"/>
        </w:rPr>
        <w:t>6. 2025年9月22日~10月20日，获得推免资格的学生在“教育部推免服务系统”按照推免流程进行注册、填写个人资料、网上缴费（未缴费视为放弃推免生资格）、填报志愿等操作。接收并确认复试及待录取通知。</w:t>
      </w:r>
    </w:p>
    <w:p>
      <w:pPr>
        <w:spacing w:before="160" w:after="80" w:lineRule="auto" w:line="360"/>
        <w:jc w:val="left"/>
      </w:pPr>
      <w:r>
        <w:rPr>
          <w:rFonts w:ascii="Times New Roman" w:hAnsi="Times New Roman" w:eastAsia="宋体"/>
          <w:b/>
          <w:sz w:val="28"/>
        </w:rPr>
        <w:t>七、推免工作要求</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和录取的首要依据，思想品德考核不合格者不予推荐和录取。要突出考查学生的一贯学业表现，注重并加强对学生本科阶段学习情况的过程性评价，将本科阶段学业综合成绩作为推免工作最基础的遴选指标，不得专门组织遴选推免生的考试（包括笔试、面试等）；要引导学生全面发展，可将符合全面发展价值导向等因素纳入遴选指标体系，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2. 对在推免过程中弄虚作假，有论文（文章）抄袭、虚报获奖或科研成果等学术不端行为的学生，一经查实，即取消推免生资格，并报省教育招生考试机构按规定记入《国家教育考试考生诚信档案》，视情节暂停参加全国硕士研究生招生考试1至3年，并按学生管理规定严肃处理。</w:t>
      </w:r>
    </w:p>
    <w:p>
      <w:pPr>
        <w:spacing w:after="80" w:lineRule="auto" w:line="360"/>
        <w:ind w:firstLine="482"/>
        <w:jc w:val="both"/>
      </w:pPr>
      <w:r>
        <w:rPr>
          <w:rFonts w:ascii="Times New Roman" w:hAnsi="Times New Roman" w:eastAsia="宋体"/>
          <w:b w:val="0"/>
          <w:sz w:val="24"/>
        </w:rPr>
        <w:t>3. 学校教职工特别是领导干部子女，在本校参加推免及招生时，要加强监管，主动回避。学校和学院推免相关工作人员、审核鉴定专家有直系亲属或利益相关人员（如收费辅导教学等），报名参加本单位推免招生的应主动申请回避，有非直系亲属等报名参加推免招生的要主动报备。相关学生申请推免资格时也应主动向学校报备声明。对未按规定报备声明回避关系的推免相关工作人员，学校依规依纪严肃处理；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4. 各单位推荐工作小组应本着公平、公正、公开的原则，严格把关，认真审核，确保我校推免生的质量。各组织单位应先制定2026年工作细则和工作方案，且不能违背学校和上级文件精神，并按规定严格执行。凡在推荐和审核工作中管理松懈、把关不严、弄虚作假、徇私舞弊，未能尽到审核责任的单位，一经查实，即取消该单位的相关推荐指标，并核减下一年度推免生名额；情节严重的，学校将按有关规定做出严肃处理，并追究相关人员责任。</w:t>
      </w:r>
    </w:p>
    <w:p>
      <w:pPr>
        <w:spacing w:after="80" w:lineRule="auto" w:line="360"/>
        <w:ind w:firstLine="482"/>
        <w:jc w:val="both"/>
      </w:pPr>
      <w:r>
        <w:rPr>
          <w:rFonts w:ascii="Times New Roman" w:hAnsi="Times New Roman" w:eastAsia="宋体"/>
          <w:b w:val="0"/>
          <w:sz w:val="24"/>
        </w:rPr>
        <w:t>5. 加强对推免生科研创新潜质与专业能力综合考核。各单位专业（类）推免生遴选与审核鉴定工作小组，加强对考生科研创新潜质和专业素质能力的考核。对申请推免资格学生的科研创新成果、论文（文章）、竞赛获奖奖项及内容等进行审核鉴定，排除抄袭、造假、冒名及有名无实等情况。组织相关学生在学校一定范围进行公开审核，专家审核小组及每位成员都要给出明确审核鉴定意见并签字存档；审核全程要录音录像，审核结果要公开公示。未通过审核鉴定的，不得纳入推免遴选综合评价成绩计算体系。</w:t>
      </w:r>
    </w:p>
    <w:p>
      <w:pPr>
        <w:spacing w:after="80" w:lineRule="auto" w:line="360"/>
        <w:ind w:firstLine="482"/>
        <w:jc w:val="both"/>
      </w:pPr>
      <w:r>
        <w:rPr>
          <w:rFonts w:ascii="Times New Roman" w:hAnsi="Times New Roman" w:eastAsia="宋体"/>
          <w:b w:val="0"/>
          <w:sz w:val="24"/>
        </w:rPr>
        <w:t>6. 各单位在启动推免生工作前应充分宣传推免生政策，推免生工作后做好对推免生的监管工作，谨防浪费推免指标。已被招生单位接收的推免生，不得再报名参加统考，否则，将取消推免生资格，列为统考生。获得推免指标的应届本科毕业生，学校原则上不予办理出国、就业手续。经批准获得推免资格后受到行政处分的学生、入学前未取得本科毕业证书和学士学位的学生和在申请推免生过程中弄虚作假的学生，取消推免生资格。</w:t>
      </w:r>
    </w:p>
    <w:p>
      <w:pPr>
        <w:spacing w:after="80" w:lineRule="auto" w:line="360"/>
        <w:ind w:firstLine="482"/>
        <w:jc w:val="both"/>
      </w:pPr>
      <w:r>
        <w:rPr>
          <w:rFonts w:ascii="Times New Roman" w:hAnsi="Times New Roman" w:eastAsia="宋体"/>
          <w:b w:val="0"/>
          <w:sz w:val="24"/>
        </w:rPr>
        <w:t>7. 推免选拔工作接受学生和社会的监督，有异议者可向学校推免生遴选工作小组办公室（教务处：85258572）反映，如发现有违规违纪情况可向纪检监察处（85258529）反映。</w:t>
      </w:r>
    </w:p>
    <w:p>
      <w:pPr>
        <w:spacing w:after="80" w:lineRule="auto" w:line="360"/>
        <w:ind w:firstLine="482"/>
        <w:jc w:val="both"/>
      </w:pPr>
      <w:r>
        <w:rPr>
          <w:rFonts w:ascii="Times New Roman" w:hAnsi="Times New Roman" w:eastAsia="宋体"/>
          <w:b w:val="0"/>
          <w:sz w:val="24"/>
        </w:rPr>
        <w:t>附件1：长沙理工大学2026年推荐免试攻读研究生资格申请表</w:t>
      </w:r>
    </w:p>
    <w:p>
      <w:pPr>
        <w:spacing w:after="80" w:lineRule="auto" w:line="360"/>
        <w:ind w:firstLine="482"/>
        <w:jc w:val="both"/>
      </w:pPr>
      <w:r>
        <w:rPr>
          <w:rFonts w:ascii="Times New Roman" w:hAnsi="Times New Roman" w:eastAsia="宋体"/>
          <w:b w:val="0"/>
          <w:sz w:val="24"/>
        </w:rPr>
        <w:t>附件2：长沙理工大学2026年推荐免试攻读研究生汇总表</w:t>
      </w:r>
    </w:p>
    <w:p>
      <w:pPr>
        <w:spacing w:after="80" w:lineRule="auto" w:line="360"/>
        <w:ind w:firstLine="482"/>
        <w:jc w:val="both"/>
      </w:pPr>
      <w:r>
        <w:rPr>
          <w:rFonts w:ascii="Times New Roman" w:hAnsi="Times New Roman" w:eastAsia="宋体"/>
          <w:b w:val="0"/>
          <w:sz w:val="24"/>
        </w:rPr>
        <w:t>长沙理工大学推免生遴选工作领导小组</w:t>
      </w:r>
    </w:p>
    <w:p>
      <w:pPr>
        <w:spacing w:after="80" w:lineRule="auto" w:line="360"/>
        <w:ind w:firstLine="482"/>
        <w:jc w:val="both"/>
      </w:pPr>
      <w:r>
        <w:rPr>
          <w:rFonts w:ascii="Times New Roman" w:hAnsi="Times New Roman" w:eastAsia="宋体"/>
          <w:b w:val="0"/>
          <w:sz w:val="24"/>
        </w:rPr>
        <w:t>2025年8月31日</w:t>
      </w:r>
    </w:p>
    <w:p>
      <w:pPr>
        <w:spacing w:after="80" w:lineRule="auto" w:line="360"/>
        <w:ind w:firstLine="482"/>
        <w:jc w:val="both"/>
      </w:pPr>
      <w:r>
        <w:rPr>
          <w:rFonts w:ascii="Times New Roman" w:hAnsi="Times New Roman" w:eastAsia="宋体"/>
          <w:b w:val="0"/>
          <w:sz w:val="24"/>
        </w:rPr>
        <w:t>附件1：附件1.2026年推荐免试攻读研究生资格申请表.doc</w:t>
      </w:r>
    </w:p>
    <w:p>
      <w:pPr>
        <w:spacing w:after="80" w:lineRule="auto" w:line="360"/>
        <w:ind w:firstLine="482"/>
        <w:jc w:val="both"/>
      </w:pPr>
      <w:r>
        <w:rPr>
          <w:rFonts w:ascii="Times New Roman" w:hAnsi="Times New Roman" w:eastAsia="宋体"/>
          <w:b w:val="0"/>
          <w:sz w:val="24"/>
        </w:rPr>
        <w:t>附件2：附件2.长沙理工大学2026年推荐免试攻读研究生汇总表.doc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