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信息学院2026年推荐免试硕士研究生通过复试名单公示 （第一批）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一、信息学院2026年推荐免试硕士研究生成绩名单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发布日期（推定）：2025年9月5日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报考专业(领域)代码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报考专业（领域）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总成绩（百分制）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赵天宇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88.13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乾雅诗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87.72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李俊伶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83.93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刘金杜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070100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83.33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王远伟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025200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应用统计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87.28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宋怡昕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025200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应用统计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87.28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陈付怡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025200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应用统计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85.36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田聪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025200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应用统计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85.28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025200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应用统计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83.57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025200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应用统计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83.56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闵京玲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025200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应用统计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81.47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徐思亮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90.40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蔡沂铨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90.40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夏瑞琪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宋胡艺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89.40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邱悦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皇旭豪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高永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王佳韵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代如歌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86.20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王迎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王昱月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85.80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阳伟豪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白桐瑶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陈雅妮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闵雪怡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84.60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梁瑞驰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李泽瑞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83.80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冯秋华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83.40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晋豪昌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83.20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张新昊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82.80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韩月阳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82.60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郭川媛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82.40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吴柏颖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胡子曦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81.80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陈辉阳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81.80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陈欣欣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81.60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彭欣雅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庞延明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谷德轩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80.80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邓子豪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80.40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钱峥宏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79.80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靳静文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79.80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周保翼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79.20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陈梦瑶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78.80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陈佳蓓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78.60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苏冰辰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78.60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陈诗雨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78.40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印梦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085405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软件工程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77.40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77.20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赵晨阳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76.60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张荣杰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085410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73.80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孙宇恒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计算机软件与理论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84.88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熊宇杰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计算机应用技术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84.56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兰志伟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84.36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李圣希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84.00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李宇昂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计算机应用技术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83.76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王硕源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计算机应用技术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83.68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赵汶梦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83.12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82.88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鹿文悦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82.68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李亚南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计算机应用技术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82.20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汤翼丞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计算机系统结构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82.12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侯杰文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计算机应用技术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81.80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王彩熠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计算机应用技术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81.40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徐佳颖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80.88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孙淑涵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计算机应用技术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80.52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陈百惠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081303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计算机应用技术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79.88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马绍珂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081303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计算机应用技术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79.80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张琳果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计算机应用技术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79.28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张佳乐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计算机软件与理论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79.12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张佳林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计算机应用技术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78.36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付尧爽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计算机应用技术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78.16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高佳秀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77.72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张洁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计算机应用技术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77.20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王筱晗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计算机应用技术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76.96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伏晗齐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计算机应用技术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76.92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熊璇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计算机应用技术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76.64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贺文婷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76.36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梁思雨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计算机应用技术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75.56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刘子曦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计算机应用技术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75.24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林子皓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计算机应用技术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73.16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李静冉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计算机应用技术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72.48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马星梦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0812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71.88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张梓楠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0710Z1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生物信息学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89.96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严小雨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0710Z1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生物信息学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88.64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张清仪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0710Z1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生物信息学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87.72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赵仁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0710Z1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生物信息学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86.04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李彤彤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0710Z1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生物信息学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85.68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马作栋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0710Z1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生物信息学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85.24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习学勤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0710Z1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生物信息学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84.92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李明浩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0710Z1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生物信息学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84.84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胡秀立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0710Z1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生物信息学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84.32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尤思月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0710Z1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生物信息学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84.24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闫雨昕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0710Z1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生物信息学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83.88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朱梦欣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0710Z1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生物信息学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83.36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王志刚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0710Z1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生物信息学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82.76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0710Z1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生物信息学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82.24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母佳鑫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0710Z1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生物信息学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81.40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范云帆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0710Z1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生物信息学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81.32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刘耀罡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0710Z1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生物信息学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80.72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崔霜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0710Z1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生物信息学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79.88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任锦露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0710Z1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生物信息学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79.52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蔡少帅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0710Z1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生物信息学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79.24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孙娜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0710Z1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生物信息学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78.84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覃意昀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0710Z1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生物信息学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78.04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刘云彬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0710Z1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生物信息学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75.72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王成璐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0710Z1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生物信息学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73.60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二、异议咨询或申诉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公示期：2025年9月23日-2025年9月25日。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受诉工作人员：程心瑛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受诉电话：027-87284288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三、指标分配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应届毕业生人数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序次指标数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参选指标数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生物信息学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20（含工程硕博士指标1名）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数据科学与大数据技术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人工智能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信息与计算科学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合计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