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北京大学数学科学学院大数据全国优秀大学生暑期夏令营参营通知</w:t>
      </w:r>
    </w:p>
    <w:p>
      <w:pPr>
        <w:spacing w:after="80" w:lineRule="auto" w:line="360"/>
        <w:ind w:firstLine="482"/>
        <w:jc w:val="both"/>
      </w:pPr>
      <w:r>
        <w:rPr>
          <w:rFonts w:ascii="Times New Roman" w:hAnsi="Times New Roman" w:eastAsia="宋体"/>
          <w:b w:val="0"/>
          <w:sz w:val="24"/>
        </w:rPr>
        <w:t>发布日期：2026年7月7日</w:t>
      </w:r>
    </w:p>
    <w:p>
      <w:pPr>
        <w:spacing w:before="160" w:after="80" w:lineRule="auto" w:line="360"/>
        <w:jc w:val="left"/>
      </w:pPr>
      <w:r>
        <w:rPr>
          <w:rFonts w:ascii="Times New Roman" w:hAnsi="Times New Roman" w:eastAsia="宋体"/>
          <w:b/>
          <w:sz w:val="28"/>
        </w:rPr>
        <w:t>一、参营名单</w:t>
      </w:r>
    </w:p>
    <w:p>
      <w:pPr>
        <w:spacing w:after="80" w:lineRule="auto" w:line="360"/>
        <w:ind w:firstLine="482"/>
        <w:jc w:val="both"/>
      </w:pPr>
      <w:r>
        <w:rPr>
          <w:rFonts w:ascii="Times New Roman" w:hAnsi="Times New Roman" w:eastAsia="宋体"/>
          <w:b w:val="0"/>
          <w:sz w:val="24"/>
        </w:rPr>
        <w:t>1. 经我院大数据专业硕士夏令营工作小组审核，2026年北京大学数学科学学院大数据全国优秀大学生暑期夏令营参营名单（含递补名单）已经确定，详见附件。</w:t>
      </w:r>
    </w:p>
    <w:p>
      <w:pPr>
        <w:spacing w:after="80" w:lineRule="auto" w:line="360"/>
        <w:ind w:firstLine="482"/>
        <w:jc w:val="both"/>
      </w:pPr>
      <w:r>
        <w:rPr>
          <w:rFonts w:ascii="Times New Roman" w:hAnsi="Times New Roman" w:eastAsia="宋体"/>
          <w:b w:val="0"/>
          <w:sz w:val="24"/>
        </w:rPr>
        <w:t>2. 我院将在24小时之内向入选营员发送邮件，请注意查收（发送至报名系统注册的邮箱）。</w:t>
      </w:r>
    </w:p>
    <w:p>
      <w:pPr>
        <w:spacing w:before="160" w:after="80" w:lineRule="auto" w:line="360"/>
        <w:jc w:val="left"/>
      </w:pPr>
      <w:r>
        <w:rPr>
          <w:rFonts w:ascii="Times New Roman" w:hAnsi="Times New Roman" w:eastAsia="宋体"/>
          <w:b/>
          <w:sz w:val="28"/>
        </w:rPr>
        <w:t>二、参营方式</w:t>
      </w:r>
    </w:p>
    <w:p>
      <w:pPr>
        <w:spacing w:after="80" w:lineRule="auto" w:line="360"/>
        <w:ind w:firstLine="482"/>
        <w:jc w:val="both"/>
      </w:pPr>
      <w:r>
        <w:rPr>
          <w:rFonts w:ascii="Times New Roman" w:hAnsi="Times New Roman" w:eastAsia="宋体"/>
          <w:b w:val="0"/>
          <w:sz w:val="24"/>
        </w:rPr>
        <w:t>1. 2026年北京大学数学科学学院大数据全国优秀大学生暑期夏令营将于7月14日线下举办。</w:t>
      </w:r>
    </w:p>
    <w:p>
      <w:pPr>
        <w:spacing w:after="80" w:lineRule="auto" w:line="360"/>
        <w:ind w:firstLine="482"/>
        <w:jc w:val="both"/>
      </w:pPr>
      <w:r>
        <w:rPr>
          <w:rFonts w:ascii="Times New Roman" w:hAnsi="Times New Roman" w:eastAsia="宋体"/>
          <w:b w:val="0"/>
          <w:sz w:val="24"/>
        </w:rPr>
        <w:t>2. 具体形式和相关通知请营员查看邮件。</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袁老师：010-62759855，刘老师：010-62768023。</w:t>
      </w:r>
    </w:p>
    <w:p>
      <w:pPr>
        <w:spacing w:after="80" w:lineRule="auto" w:line="360"/>
        <w:ind w:firstLine="482"/>
        <w:jc w:val="both"/>
      </w:pPr>
      <w:r>
        <w:rPr>
          <w:rFonts w:ascii="Times New Roman" w:hAnsi="Times New Roman" w:eastAsia="宋体"/>
          <w:b w:val="0"/>
          <w:sz w:val="24"/>
        </w:rPr>
        <w:t>2. E-mail：zixun@math.pku.edu.cn</w:t>
      </w:r>
    </w:p>
    <w:p>
      <w:pPr>
        <w:spacing w:after="80" w:lineRule="auto" w:line="360"/>
        <w:ind w:firstLine="482"/>
        <w:jc w:val="both"/>
      </w:pPr>
      <w:r>
        <w:rPr>
          <w:rFonts w:ascii="Times New Roman" w:hAnsi="Times New Roman" w:eastAsia="宋体"/>
          <w:b w:val="0"/>
          <w:sz w:val="24"/>
        </w:rPr>
        <w:t>北京大学数学科学学院</w:t>
      </w:r>
    </w:p>
    <w:p>
      <w:pPr>
        <w:spacing w:after="80" w:lineRule="auto" w:line="360"/>
        <w:ind w:firstLine="482"/>
        <w:jc w:val="both"/>
      </w:pPr>
      <w:r>
        <w:rPr>
          <w:rFonts w:ascii="Times New Roman" w:hAnsi="Times New Roman" w:eastAsia="宋体"/>
          <w:b w:val="0"/>
          <w:sz w:val="24"/>
        </w:rPr>
        <w:t>2026年7月7日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