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信息学院2026年推荐免试硕士研究生通过复试名单公示（第三批）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总计1人，明细：生物信息学（学硕）1人。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生物信息学（学硕），共1个专业。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按总成绩（百分制）评定，公示名单中考生总成绩为86.64分；未公示各专业总人数、加分项明细。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公示期为2025年10月9日至10月11日，共计3天；异议反馈渠道：受诉工作人员程心瑛，受诉电话027-87284288。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