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杭州师范大学2026年各学院接收推荐免试硕士研究生复试录取办法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杭州师范大学研究生招生信息网发布2026年各学院接收推荐免试硕士研究生复试录取办法汇总通知。通知面向2026年入学推荐免试硕士研究生，各学院分别制定并公布复试录取办法。通知发布时间为2025年9月17日，各学院办法发布时间集中在2025年9月9日至9月17日之间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一、各学院复试录取办法链接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001 经济学院：https://jjxy.hznu.edu.cn/c/2025-09-15/3107681.shtml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002 公共管理学院：https://ggxy.hznu.edu.cn/c/2025-09-15/3107749.shtml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003 阿里巴巴商学院：https://abs.hznu.edu.cn/c/2025-09-10/3105712.shtml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004 沈钧儒法学院：https://fxy.hznu.edu.cn/c/2025-09-15/3107642.shtml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005 马克思主义学院：https://marxism.hznu.edu.cn/c/2025-09-15/3107799.shtml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006 经亨颐教育学院：https://jyxy.hznu.edu.cn/c/2025-09-15/3108084.shtml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007 体育学院（杭州足球学院）：https://ty.hznu.edu.cn/c/2025-09-16/3108251.shtml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008 人文学院：https://rwxy.hznu.edu.cn/c/2025-09-12/3106841.shtml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009 外国语学院：https://wgyxy.hznu.edu.cn/c/2025-09-15/3107726.shtml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010 数学学院：https://sxxy.hznu.edu.cn/c/2025-09-15/3107689.shtml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011 物理学院：https://wlxy.hznu.edu.cn/c/2025-09-16/3108543.shtml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012 材料与化学化工学院：https://ch.hznu.edu.cn/c/2025-09-15/3107913.shtml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013 生命与环境科学学院：https://cls.hznu.edu.cn/c/2025-09-11/3106647.shtml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014 信息科学与技术学院：https://hise.hznu.edu.cn/c/2025-09-15/3107120.shtml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015 工学院：https://eng.hznu.edu.cn/c/2025-09-17/3108583.shtml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016 基础医学院：https://bms.hznu.edu.cn/c/2025-09-15/3107762.shtml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017 公共卫生与护理学院：https://gwhl.hznu.edu.cn/c/2025-09-16/3108245.shtml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018 药学院：https://pharmacy.hznu.edu.cn/c/2025-09-16/3108387.shtml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019 音乐学院：https://yyxy.hznu.edu.cn/c/2025-09-17/3108652.shtml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020 美术学院：https://msxy.hznu.edu.cn/c/2025-09-15/3107938.shtml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021 文化创意与传媒学院：https://ccc.hznu.edu.cn/c/2025-09-15/3107988.shtml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022 李叔同美育学院（叔同书院）：https://myxy.hznu.edu.cn/c/2025-09-12/3108699.shtml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024 附属医院（临床医学院、口腔医学院）：https://lcyxy.hznu.edu.cn/c/2025-09-09/3105647.shtml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附属医院（临床医学院、口腔医学院）临床心理专业：https://lcyxy.hznu.edu.cn/c/2025-09-16/3108436.shtml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地址：浙江省杭州市余杭塘路2318号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邮编：311121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研究生招生热线：0571-28865143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官方公众号：杭师研招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