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华中科技大学航空航天学院2027年度全国优秀大学生云端夏令营活动的通知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加强优秀大学生对华中科技大学航空航天学院的了解，增进师生、学生之间的学术交流，尤其考虑到今年报名我院夏令营活动的同学非常踊跃，为了让更多优秀大学生参加夏令营活动，拟于2026年7月18-19日举办云端夏令营活动。欢迎广大同学届时踊跃参加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一报名要求：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1、申请资格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（1）政治思想品德合格，诚实守信，身体健康；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（2）力学、航空航天、机械等相关专业背景的三年级在校本科生（2027届本科毕业生）；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（3）本科学习成绩在全年级排名前20％，必修课成绩均为及格以上，英语水平良好；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2、申请材料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（1）个人简历1份（即报名系统中的个人陈述部分）；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（2）本科前5（或6）学期各科成绩单、前5（或6）学期的本年级或本专业总评成绩百分比排名（均须以教务部门公章等形式认证）；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（3）英语水平证明复印件1份（包括国家四、六级考试成绩，TOEFL成绩，GRE/GMAT成绩等）；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（4）其它证明材料，可包括：获奖证书、专利证书、发表学术论文等（其中已发表论文提供期刊目录、论文首页）；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（5）身份证（正、反面）和学生证扫描件；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3、申请流程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(1)申请人登录夏令营系统申请注册报名，提交相关申请材料。申请网址：http://yanzhao.hust.edu.cn/ 系统开放时间：2026年6月19日17：00至6月29日17：00。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系统报名时申请人提交的信息必须准确、有效，已提交信息无法再次修改。本次报名不接收纸质版材料。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凡已报名成功我院夏令营活动的同学，均可参加我院举办的云端夏令营活动，活动不设人数限制。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会议时间：7月18-19日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腾讯会议地址：待定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二、活动初步安排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时间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内容安排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7月18日上午8:30-12:00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1.开营仪式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2.学院情况介绍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3.各系（中心）和团队情况介绍 腾讯会议地址：待定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7月18日下午14:00-17:30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1.学员进行个人风采展示（自愿，限时5分钟）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其中力学组：腾讯会议地址：待定；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航空宇航/机械组：腾讯会议地址：待定；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2.活动总结与寄语：（17:00左右，进以下会议室）腾讯会议室会议地址：待定。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7月19日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营员与课题组老师自由交流。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航空航天学院2027届夏令营qq群号：726177929（一群已满）；新增二群：2157067586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华中科技大学 航空航天学院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2026年6月9日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