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北京大学未来技术学院举办2026年全国优秀大学生科学实践体验营的通知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北京大学未来技术学院举办2026年全国优秀大学生科学实践体验营的通知'.html(false);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msg_desc = htmlDecode("");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msg_cdn_url = "https://mmbiz.qpic.cn/mmbiz_jpg/ERMoh9IlyOtyYpnOoM1MfKJibVcd4ibgo9ia17Pn4iabws8DVK2IoiavzmL74aJUYVtFsQO7MLMHJNNuDvx9Sq9IzYkRzWodgIqMvwjibNWIdAapk/0?wx_fmt=jpeg";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cdn_url_1_1 = "https://mmbiz.qpic.cn/mmbiz_jpg/ERMoh9IlyOv86DHEMhmtNTRQayI489z0ze9JjibsGC91QLiaicmEctiaXxo5hrA5X1DWvOnR8I8MBnJC3aEX2bmNs3RyibU5I5fjHRa35JPCPv58/0?wx_fmt=jpeg";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cdn_url_235_1 = "https://mmbiz.qpic.cn/mmbiz_jpg/ERMoh9IlyOtyYpnOoM1MfKJibVcd4ibgo9ia17Pn4iabws8DVK2IoiavzmL74aJUYVtFsQO7MLMHJNNuDvx9Sq9IzYkRzWodgIqMvwjibNWIdAapk/0?wx_fmt=jpeg";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msg_link = "https://mp.weixin.qq.com/s/OiV6pcNMmbZWZgW-GTIQog";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user_uin = ""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open_id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msg_source_url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img_format = 'jpeg';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srcid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req_id = '0211LhDBfbX1octOAdVld178';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networkType;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appmsgid = "2247494513" || ''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comment_id = '4527127816395816962' || '0';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mp_comment_id = "" || ""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comment_enabled = ""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open_fansmsg = "0"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is_https_res = ("" * 1) &amp;&amp; (location.protocol == "https:");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msg_daily_idx = "1" ||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profileReportInfo = "" ||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devicetype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source_encode_biz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source_username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reprint_ticket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source_mid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source_idx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source_biz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author = "未来技术学院";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author_id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reward_wording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reward_author_head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reward_can_whisper = ""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reward_total_count = ""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optimizing_flag = ""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show_comment =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__appmsgCgiData =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wxa_product: ""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wxa_cps: ""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show_msg_voice: "0"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can_use_page: "" * 1,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is_wxg_stuff_uin: "0"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card_pos: 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copyright_stat: "1",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source_biz: 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hd_head_img: "http://wx.qlogo.cn/mmhead/Q3auHgzwzM5F6Md0Wm172C5m7XmDUfpciboIpSOzUEKib2Sf6G30NCyw/0" || (window.location.protocol + "//" + window.location.host + "//res.wx.qq.com/mmbizappmsg/zh_CN/htmledition/js/images/pic/pic_rumor_link806b57.jpg"),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has_red_packet_cover: "0" * 1 || 0,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minishopCardData: 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_empty_v = "//res.wx.qq.com/mmbizappmsg/zh_CN/htmledition/js/audios/empty806b57.mp3";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album_info_list =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target_album_info = (function 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curAlbumId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(curAlbumId)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for (var i = 0; i 0)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currentSvrStyleType = parseInt(styleType);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(!isNaN(parseInt(canUseAutoTypeSetting)))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currentSvrStyleType = parseInt(canUseAutoTypeSetting);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else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currentSvrStyleType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(!isNaN(parseInt(originStyleType)) &amp;&amp; parseInt(originStyleType) &gt; 0)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originSvrStyleType = parseInt(originStyleType);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(!isNaN(parseInt(originTypeSetting)))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originSvrStyleType = parseInt(originTypeSetting);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else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originSvrStyleType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(reprint_type &gt; 0 &amp;&amp; originSvrStyleType !== currentSvrStyleType &amp;&amp; parseInt(reprintEditable) === 0)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dc = document.getElementById('js_content').classList;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dc.remove('autoTypeSetting');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dc.remove('autoTypeSetting24');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dc.remove('autoTypeSetting24psection');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finalSetting = parseInt(originSvrStyleType);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(finalSetting === 1)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dc.add('autoTypeSetting');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(finalSetting === 2)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dc.add('autoTypeSetting24');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(finalSetting === 3)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dc.add('autoTypeSetting24psection');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window.wxtoken = "777";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window.is_login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title = "北京大学未来技术学院";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is_new_msg = true;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is_wash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topbarEnable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enterid = "1788319378" * 1 || "1788319378" * 1 || "" * 1 || parseInt(Date.now() / 1000);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reloadid = '' * 1 || parseInt(Date.now() / 1000);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reloadseq = '' * 1 ||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miniprogram_appid = "";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defaultAvatarUrl = 'data:image/svg+xml;base64,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document.addEventListener('DOMContentLoaded', function ()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window.domCompleteTime = Date.now();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hasRecommendMsg =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isPayTopic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payTopicPrice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isRemovedFromPayTopic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isPaySubscribe = '0'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isPaid = '0'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isRefund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payShowIAPPrice =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payProductId = ''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previewPercent = '0'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payGiftsCount = '0'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payDesc = htmlDecode('');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payFreeGift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is_finished_preview = 0;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jump2pay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isFans;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can_reward = '0'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is_need_reward = (isPaySubscribe &amp;&amp; !isPaid) ? 0 : "0"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rewardsn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rewardTimestamp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is_teenager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is_care_mode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zhuge_user_limit = '' * 1 ||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segment_comment_id = '4527127832183177228';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showRewardListDialog = '' * 1 || 0;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colorScheme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iapPriceInfo =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productPayPackage =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iap_price_info: iapPriceInfo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isCartoonCopyright = '0'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show_msg_voice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qnaCardData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exptype = ''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expsessionid = '' ||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goContentId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goReplyId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fromCommentShare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extra_comment_id = '4527127831612751885' || '0';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goAddedInfo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goAddedInfoContentId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hitProduct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preload_comment_list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preload_comment_total_cnt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show_related_article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wwdistype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refuteSourceUrl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verify_status = "2"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window.cgiData =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appImg: '//res.wx.qq.com/mmbizappmsg/zh_CN/htmledition/js/images/pic/pic_tencent_video806b57.png',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loveNotifyMsg = ''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loveFriendId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window.ip_wording =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countryName: '中国',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countryId: '156',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provinceName: '北京',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provinceId: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cityName: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cityId: ''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window.show_ip_wording = '1'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window.source_appid = 'wxc8f8362fcd3496ca' || 'wxc3923acb47c0d396';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window.is_over_sea = '0'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window.showAdMark = "0"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window.is_title_modified = "0" * 1;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window.alias = "" || "";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window.claim_source =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claim_source_type: '' * 1 || 0,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claim_source: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media_source_type_info: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aigc_type: '' * 1 || 0,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aigc_wording: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window.hideAdMarkOnCps = ("" || "0" * 1) ? 1 : 0;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window.bar_version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window.short_link = ''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window.appmsg_bar_data =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verify_status: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show_like: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like_count: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show_share: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share_count: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show_old_like: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old_like_count: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show_collect: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collect_count: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comment_enabled: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comment_count: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show_friend_seen: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friend_seen_info: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is_subscribed: '' * 1,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friend_subscribe_count: '' *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ecs_jump_info_str: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red_flower_like_info: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is_red_flower_like: '0' * 1 || 0,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red_flower_wording: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tencent_gongyi_wxa_path: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tencent_gongyi_wxa_appid: '',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red_flower_like_sn: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tencent_gongyi_wxa_username: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is_show_newsflash_feeds: '' * 1 === 1,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newsflash_feeds_url: '',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newsflash_feeds_style: '' * 1 === 1 ? ('' * 1 || 0) : 0,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window.subcount_version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window.picture_page_info_list = (window.cgiDataNew &amp;&amp; window.cgiDataNew.picture_page_info_list) || [];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window.show_comment_entrance = ''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window.search_keywords =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window.s1s_keywords_exp_info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need_baike_preload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window.ad_keywords =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window.show_ad_keyword = 'false';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window.get_search_keyword_realtime = '0'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window.clear_desc_flag = "" * 1;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window.mmlisten_playlist_info_buffer = '';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window.key_text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window.appmsg_listen_id = '150440924164801102';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__INLINE_SCRIPT__ = (function 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'use strict';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EN_MONTHS_SHORT = ['Jan', 'Feb', 'Mar', 'Apr', 'May', 'Jun', 'Jul', 'Aug', 'Sep', 'Oct', 'Nov', 'Dec'];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formatEnTime = function formatEnTime(hour, minute)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h = parseInt(hour, 10);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 = parseInt(minute, 10);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ampm = h &gt;= 12 ? 'PM' : 'AM';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h12 = h % 12 || 12;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mm = "0".concat(m).slice(-2);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"".concat(h12, ":").concat(mm, " ").concat(ampm);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formatEnPubDate = function formatEnPubDate(year, month, date, hour, minute)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monthName = EN_MONTHS_SHORT[parseInt(month, 10) - 1] ||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day = parseInt(date, 10);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hasYear = year !== undefined &amp;&amp; year !== null &amp;&amp; year !==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datePart = hasYear ? "".concat(monthName, " ").concat(day, ", ").concat(year) : "".concat(monthName, " ").concat(day);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(hour === undefined || hour === null || minute === undefined || minute === null)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datePart;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"".concat(datePart, ", ").concat(formatEnTime(hour, minute));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formatEnPubDateFromTs = function formatEnPubDateFromTs(oriTimestamp)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dateObj = new Date(oriTimestamp * 1000);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formatEnPubDate(dateObj.getFullYear(), dateObj.getMonth() + 1, dateObj.getDate(), dateObj.getHours(), dateObj.getMinutes());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dealLikeReadShow_en = function dealLikeReadShow_en(realNum, showZero)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defaultStr = showZero ? '0' :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(typeof LANG === 'undefined' || !window.LANG)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parseInt(realNum) === 0 ? defaultStr : realNum;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(window.LANG == 'en')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showHTML = '';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(parseInt(realNum) &gt; 100000)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showHTML = '100K+';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 else if (parseInt(realNum) &gt; 10000 &amp;&amp; parseInt(realNum) = o.length) return { done: true }; return { done: false, value: o[i++] }; }, e: function e(_e) { throw _e; }, f: F }; } throw new TypeError("Invalid attempt to iterate non-iterable instance.\nIn order to be iterable, non-array objects must have a [Symbol.iterator]() method."); } var normalCompletion = true, didErr = false, err; return { s: function s() { it = it.call(o); }, n: function n() { var step = it.next(); normalCompletion = step.done; return step; }, e: function e(_e2) { didErr = true; err = _e2; }, f: function f() { try { if (!normalCompletion &amp;&amp; it["return"] != null) it["return"](); } finally { if (didErr) throw err; } } }; 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_unsupportedIterableToArray$2(o, minLen) { if (!o) return; if (typeof o === "string") return _arrayLikeToArray$2(o, minLen); var n = Object.prototype.toString.call(o).slice(8, -1); if (n === "Object" &amp;&amp; o.constructor) n = o.constructor.name; if (n === "Map" || n === "Set") return Array.from(o); if (n === "Arguments" || /^(?:Ui|I)nt(?:8|16|32)(?:Clamped)?Array$/.test(n)) return _arrayLikeToArray$2(o, minLen); 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_arrayLikeToArray$2(arr, len) { if (len == null || len &gt; arr.length) len = arr.length; for (var i = 0, arr2 = new Array(len); i b;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cpVersion(ver, op, canEq, type)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mmver = false;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switch (type)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'mac':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 = getMac();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'windows':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mmver = getWindowsVersionFormat();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'wxwork':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 = getWxWork();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'mpapp':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 = getMpApp();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case 'unifiedpc':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mmver = getUnifiedPcVer();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default: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 = get();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break;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(!mmver)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mmversion = mmver.split('.');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version = ver.split('.');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(!/\d+/g.test(mmversion[mmversion.length - 1]))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mmversion.pop();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for (var i = 0, len = Math.max(mmversion.length, version.length); i = 64 &amp;&amp; parseInt(v) = hexNum;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mmVersion =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get: get,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getMac: getMac,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getMacOS: getMacOS,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getWindows: getWindows,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getInner: getInner,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getWxWork: getWxWork,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getMpApp: getMpApp,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cpVersion: cpVersion,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eqVersion: eqVersion,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gtVersion: gtVersion,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ltVersion: ltVersion,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getPlatform: getPlatform,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getVersionNumber: getVersionNumber,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isWp: is_wp,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isIOS: is_ios,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isAndroid: is_android,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isHarmony: is_harmony,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isHarmonyWechat: is_harmony &amp;&amp; is_wechat &amp;&amp; cpVersion('1.0.0', 1, true),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isInMiniProgram: is_in_miniProgram,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isWechat: is_wechat,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isMac: is_mac,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isWindows: is_windows,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isLinux: is_linux,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isMacWechat: is_mac_wechat,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isWindowsWechat: is_windows_wechat,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isWxWork: is_wx_work,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isOnlyWechat: is_wechat &amp;&amp; !is_wx_work,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isMpapp: is_mpapp,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isIPad: is_ipad,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isGooglePlay: is_google_play,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isPrefetch: is_prefetch,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isDonutAPP: is_donut_app,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compareHexVersion: compareHexVersion$1,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isPcWechat: is_windows_wechat || is_mac_wechat,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xwebVersion: xweb_version,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isUnifiedPcWechat: is_unified_pc_wechat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function _typeof(obj)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"@babel/helpers - typeof";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_typeof = "function" == typeof Symbol &amp;&amp; "symbol" == typeof Symbol.iterator ? function (obj)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typeof obj;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: function (obj)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obj &amp;&amp; "function" == typeof Symbol &amp;&amp; obj.constructor === Symbol &amp;&amp; obj !== Symbol.prototype ? "symbol" : typeof obj;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}, _typeof(obj);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asyncGeneratorStep(gen, resolve, reject, _next, _throw, key, arg)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try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info = gen[key](arg);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value = info.value;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catch (error)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reject(error);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(info.done)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resolve(value);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else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Promise.resolve(value).then(_next, _throw);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_asyncToGenerator(fn)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function 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self = this,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args = arguments;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new Promise(function (resolve, reject)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gen = fn.apply(self, args);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function _next(value)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asyncGeneratorStep(gen, resolve, reject, _next, _throw, "next", value);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function _throw(err)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asyncGeneratorStep(gen, resolve, reject, _next, _throw, "throw", err);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_next(undefined);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initJsBridge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(!window.JSAPIEventCallbackMap)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window.JSAPIEventCallbackMap = {};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connectWebViewJavascriptBridge(callback)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(window.WebViewMPapp || window.WebViewJavascriptBridge)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callback(window.WebViewMPapp || window.WebViewJavascriptBridge);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(window.WVJBCallbacks)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window.WVJBCallbacks.push(callback);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window.WVJBCallbacks = [callback];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(!mmVersion.isMpapp)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(!initJsBridge)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initJsBridge = true;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WVJBIframe = document.createElement('iframe');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WVJBIframe.style.display = 'none';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WVJBIframe.src = 'https://__bridge_loaded__';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document.body.appendChild(WVJBIframe);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setTimeout(function ()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initJsBridge =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document.body.removeChild(WVJBIframe);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 0);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invoke$1(jsapiName, opt, callback)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connectWebViewJavascriptBridge(function (bridge)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try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(typeof opt === 'function')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callback = opt;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(_typeof(opt) !== 'object' &amp;&amp; typeof opt !== 'string')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opt = {};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bridge.callHandler(jsapiName, opt, function (res)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try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ret = _typeof(res) === 'object' ? res : JSON.parse(res);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errMsg = ret.err_msg || ret.errMsg;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console.info("[mpapp jsapi] invoke-&gt;".concat(jsapiName, " ").concat(opt.action || '', " ").concat(errMsg));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typeof callback === 'function' &amp;&amp; callback(ret);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catch (e)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window.WX_BJ_REPORT.BadJs.report('invoke', "callback ".concat(jsapiName, " error:"),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mid: 'mmbizwebapp:js_brridge',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_info: e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console.error("[mpapp jsapi] ".concat(jsapiName, " ").concat(opt.action || ''), e, res);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} catch (e)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window.WX_BJ_REPORT.BadJs.report('invoke', 'callback error:',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mid: 'mmbizwebapp:js_brridge',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_info: e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console.error('[mpapp jsapi]', 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on$1(eventName, callback)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connectWebViewJavascriptBridge(function (bridge)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(!window.JSAPIEventCallbackMap[eventName])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window.JSAPIEventCallbackMap[eventName] = [];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window.JSAPIEventCallbackMap[eventName].push(callback);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(window.JSAPIEventCallbackMap[eventName].length &gt; 1)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false;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try {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