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2025年复旦大学外文学院推荐优秀2026届本科毕业生免试攻读研究生工作方案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2025年复旦大学外文学院推荐优秀2026届本科毕业生免试攻读研究生工作方案已发布，相关附件如下：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一、附件清单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2025年复旦大学外文学院推荐优秀2026届本科毕业生免试攻读研究生工作方案【最终版】.pdf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复旦大学优秀本科毕业生申请推荐免试研究生资格报名表（模板）.docx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外文学院2026届本科推免生推荐名单汇总表（模板）.xlsx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外文学院2026届本科推免生申请加分项目汇总表（模板）.xlsx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二、时间节点更新说明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8月28日更新说明：根据教育部2025年8月28日最新工作进度安排，学院对2026届推免工作的时间节点进行了更新，详见方案标蓝处。因方案选拔标准等核心内容未发生变化，故不延长公示期。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9月1日更新说明：方案公示期结束，期间无异议。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工作方案正文未提供具体联系方式。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