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环境科学与工程学院2026年拟推荐免试攻读硕士研究生名单公示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环境科学与工程学院2026年拟推荐免试攻读硕士研究生名单公示，发布日期为2025年09月13日。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总计12人，全部为环境工程专业。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环境工程（1个专业）。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经学生自主申报、学院推免工作专家审核小组审核、学院推免工作领导小组审议等环节，经校推免工作领导小组审议通过后确定名单；公示文件未公示评分细则及排名依据。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公示文件未注明公示起止日期及异议反馈渠道。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