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底特律绿色工业学院推荐2026届优秀应届本科毕业生免试攻读硕士研究生名单公示通知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底特律绿色工业学院推荐2026届优秀应届本科毕业生免试攻读硕士研究生名单公示通知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学校下达我院16个推免生最终推荐名额，按1.2倍比例确定学院公示名单。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依据《底特律绿色工业学院推荐2026届优秀应届本科毕业生免试攻读硕士研究生工作实施方案》。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经学院学生申请、自评、遴选专家审核小组审查、遴选工作领导小组审定，确定拟上报学校的2026届推免生初选名单。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二、拟推荐名单（16人）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推荐结果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22机自3班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曹世静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22机自2班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孙飞帅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22机自2班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张洪博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22机自2班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隋昊翰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22机自1班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朱向洲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宋彦颖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94.395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黎元匡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朱逸轩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石大典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陈逸卓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22环境1班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周向兰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22环境1班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葛平原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22软件2班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22软件2班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陈瀚铭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22软件2班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张泽媛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22软件2班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练铂琳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三、候补推荐名单（4人）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推荐结果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杨毅晨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22软件2班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侯天博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22环境1班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李斐然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22电气1班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魏子豪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候补推荐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本名单为拟上报学校的初选名单，公示期后按学校规定程序上报。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公示期间如有异议，请向学院推免生遴选工作领导小组反映。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