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大学2026年拟录取推荐免试硕士（博士）研究生名单公示，本次公示为第1页至第3页内容，共涉及数学与统计学院、物理科学与技术学院、材料与能源学院三个学院，涵盖应用统计、数学、物理学、电子科学与技术、集成电路工程、材料科学与工程等专业。公示名单中标注了“国优计划”“支教团”等专项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十、数学与统计学院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应用统计（专业代码025200），共29人：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亢雅琪、户若璇、赵一萍、刘思佳、郝月曼、梁竹君、蔡天睿、曹徐前、杨若曦、佘沁轩、郭怡婕、王丝曼、宋启航、徐雅杰、孙昊泽、张嵩楠、孙淑桦、郑博瀚、肖依情、王梓萌、胡紫燃、万皓宸、龚敏、汤若晨、张芷宁、王娜娜、陈嘉、陆思凯、刘硕、许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数学（专业代码070100），共29人：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张雨泽（国优计划）、高嘉悦、岳文博、王伟叶、沈兴超、李子惠、陈诺、赵文悦、姜俊江、吴皖强、黄坤、吕航、胡国昀（国优计划）、杨殊乔、杜君、黄博涵（国优计划）、杨嘉玥、洪月、袁晨鹏、赵亚楠、付伊偌、高凯会、杨杰、郑梓宇、赵旭（国优计划）、赵桐、位琪琪（国优计划）、田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八、物理科学与技术学院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物理学（专业代码070200），共52人：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孙一丁、郝婧祺、牛鑫濛、苏裕博、房志远、王学烽、赵小禹（国优计划）、武宏伟、张汇哲、郑玉婕、苗雅彤、薛瑞琳、于佳莉、卢易、赵禹雯、蒙嘉轩、郭昕和、蒋石涛、包一翔、管锦华、李肇伟（国优计划）、刘新楷、李博瑞、张跃然、李浩政、李仁侠（支教团）、刘世昊、高创、高常璐、林沅龙（支教团）、任乙鸣、童洁、王宁和、夏盈盈、袁鹏、陈瑞、夏鸣涛、郭凯彪、付文鑫、李浩武、邹馨、黄浩楠、黄帅聪、余阳阳、肖谊、郝一桦、雷滋潮（国优计划）、景亚美、高岚、刘乐乐、张金斌、李村珅、刘洁、李荣、黄露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电子科学与技术（专业代码080900），共14人：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蒋元彬、陈思琪、陈传柱、伍洋、李卓南、黄煜扬（国优计划）、张芳琪、崔良菲、郝铭淳（支教团）、李元湉、贾欢欢（国优计划）、李芸芸、刘基都。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集成电路工程（专业代码085403），共4人：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郭文婧、丁疆、黄晨怡、邓涵予。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九、材料与能源学院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材料科学与工程（专业代码080500），共8人：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刘炳辰（支教团）、杨博（国优计划）、李欣奕、姚兰娟、李雨轩、王若男、贾艳航、祁云。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亢雅琪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130133******0025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户若璇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130984******1243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140302******2827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140729******0043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郝月曼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141182******0064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梁竹君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142303******0029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蔡天睿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330483******0335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曹徐前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330703******1411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杨若曦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331024******0040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佘沁轩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350626******0522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郭怡婕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350981******0048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王丝曼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370828******4025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宋启航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370881******1522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徐雅杰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371423******4128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孙昊泽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371482******0016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张嵩楠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410402******5510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孙淑桦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410724******9583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411024******7034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肖依情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411081******8363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411624******4226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胡紫燃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420528******0083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万皓宸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421222******5626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430802******4428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汤若晨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430921******0039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张芷宁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440111******7514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王娜娜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500234******1769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510921******5467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陆思凯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530302******0319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620102******4322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620524******269X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120114******181X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高嘉悦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130102******1847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岳文博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130323******0018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王伟叶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130427******4424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沈兴超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130433******3123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130481******092X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130533******4811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210381******4320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姜俊江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331021******0917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吴皖强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340826******2616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360424******481X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362301******1515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胡国昀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362422******0015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杨殊乔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370202******5426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370883******4444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黄博涵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370883******1637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杨嘉玥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410511******0060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410781******4166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袁晨鹏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411025******3514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赵亚楠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411327******3545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付伊偌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411525******872X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高凯会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412824******1429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500382******4459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郑梓宇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620122******0029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622226******1533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622701******4027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位琪琪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622724******0921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622821******0821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数学与统计学院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孙一丁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110113******1012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郝婧祺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130682******0640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牛鑫濛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130684******7028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苏裕博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130730******4812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房志远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130981******1312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王学烽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140109******3039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赵小禹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140202******7059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武宏伟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140221******7953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张汇哲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142202******0234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郑玉婕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142622******0523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苗雅彤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142702******0625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薛瑞琳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142727******5020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于佳莉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152624******0023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210282******1916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赵禹雯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211081******0022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蒙嘉轩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230225******3828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郭昕和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320211******0026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蒋石涛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330227******7516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包一翔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330328******0019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管锦华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340122******0839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李肇伟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340123******5592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340603******4217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370211******2016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张跃然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370826******7440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371324******6813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李仁侠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371427******001X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刘世昊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371482******3519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371722******311X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高常璐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410802******0089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林沅龙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411103******0054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任乙鸣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411323******0030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411524******7627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王宁和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411625******7136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夏盈盈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411681******8461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430602******2510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430623******0019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夏鸣涛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431102******0094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郭凯彪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440514******0130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付文鑫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441422******4515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450981******5418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500383******5500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黄浩楠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510121******2673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黄帅聪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511111******3513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余阳阳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511112******5312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513822******719X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郝一桦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610404******6026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雷滋潮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620421******0915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景亚美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620522******4465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620523******0382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刘乐乐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620524******2681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张金斌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622421******0039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李村珅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622621******2029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622801******0420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640381******3221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黄露露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642226******2482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蒋元彬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320411******6312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 电子科学与技术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350784******2826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 电子科学与技术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陈传柱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371721******2896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 电子科学与技术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本段为兰州大学2026年拟录取推荐免试硕士（博士）研究生名单公示的第3页至第4页部分内容，涉及材料与能源学院、信息科学与工程学院、化学化工学院三个学院的拟录取名单。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十、材料与能源学院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材料科学与工程（专业代码080500）拟录取41人，名单如下：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130425\*\*\*\*\*\*3015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姚兰娟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140423\*\*\*\*\*\*0024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141024\*\*\*\*\*\*0088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141124\*\*\*\*\*\*0145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贾艳航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152324\*\*\*\*\*\*5121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230208\*\*\*\*\*\*0012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潘书恒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320902\*\*\*\*\*\*0011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330302\*\*\*\*\*\*5617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戚焕然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360102\*\*\*\*\*\*3844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韩云逸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370911\*\*\*\*\*\*2035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纪德贺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371621\*\*\*\*\*\*501X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贾明舒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371721\*\*\*\*\*\*1374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371721\*\*\*\*\*\*4416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韩世鹏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410305\*\*\*\*\*\*1519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李阳川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410381\*\*\*\*\*\*6534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何周庆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410621\*\*\*\*\*\*1035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聂俊鹏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411024\*\*\*\*\*\*8537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411323\*\*\*\*\*\*3430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熊如意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411422\*\*\*\*\*\*0924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刘奉天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411627\*\*\*\*\*\*5168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李仕杰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420381\*\*\*\*\*\*0017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431381\*\*\*\*\*\*001X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蒋志桃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513437\*\*\*\*\*\*2124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李茜雯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532125\*\*\*\*\*\*191X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马永康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610122\*\*\*\*\*\*2021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610624\*\*\*\*\*\*051X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退役士兵计划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沈奕君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610825\*\*\*\*\*\*6621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宋凯丰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620102\*\*\*\*\*\*2721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张甲炜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620121\*\*\*\*\*\*5031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620422\*\*\*\*\*\*5711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黄凯杰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620502\*\*\*\*\*\*6858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620523\*\*\*\*\*\*529X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620826\*\*\*\*\*\*3527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张德越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621121\*\*\*\*\*\*5245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刘振威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622301\*\*\*\*\*\*2815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韦丽君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622301\*\*\*\*\*\*8510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石晶芸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622427\*\*\*\*\*\*1629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魏秉秉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622822\*\*\*\*\*\*0020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郭雅茹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622825\*\*\*\*\*\*2496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622827\*\*\*\*\*\*0643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632221\*\*\*\*\*\*0027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南炜琪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640382\*\*\*\*\*\*2923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穆凯代斯·买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652123\*\*\*\*\*\*1521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材料与化工（专业代码085600）拟录取15人，名单如下：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郭陈乾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330781\*\*\*\*\*\*0975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陈少辉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410482\*\*\*\*\*\*9016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胡朝宇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410926\*\*\*\*\*\*2416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闫如玉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411381\*\*\*\*\*\*7923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阳文豪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430223\*\*\*\*\*\*4532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吴子杰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440681\*\*\*\*\*\*2611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510681\*\*\*\*\*\*2521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刘若岚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610425\*\*\*\*\*\*0646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620422\*\*\*\*\*\*6415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620502\*\*\*\*\*\*6626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巩琪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620503\*\*\*\*\*\*672X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620503\*\*\*\*\*\*0958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622301\*\*\*\*\*\*8651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张小婕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622427\*\*\*\*\*\*0924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材料与能源学院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八、信息科学与工程学院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信息与通信工程（专业代码081000）拟录取14人，名单如下：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冯仕佳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130127\*\*\*\*\*\*1517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张金哲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130581\*\*\*\*\*\*3114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闫瑞星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140727\*\*\*\*\*\*0042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胡文芯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142430\*\*\*\*\*\*2728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蔡翔宇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320724\*\*\*\*\*\*2114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韩仁超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340825\*\*\*\*\*\*1319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崔德治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370811\*\*\*\*\*\*1235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尚付民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410105\*\*\*\*\*\*003X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411327\*\*\*\*\*\*0013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刘湘宜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430121\*\*\*\*\*\*7317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532929\*\*\*\*\*\*1727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王秦芷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610422\*\*\*\*\*\*1206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620802\*\*\*\*\*\*1129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何建鹏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622226\*\*\*\*\*\*2513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计算机科学与技术（专业代码081200）拟录取35人，名单如下：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130104\*\*\*\*\*\*2126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邢可言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130481\*\*\*\*\*\*0922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130528\*\*\*\*\*\*482X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李沐窈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131002\*\*\*\*\*\*4624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侯婧雯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131128\*\*\*\*\*\*2741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任书剑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141129\*\*\*\*\*\*0014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张恩彬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141181\*\*\*\*\*\*0057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裴浩然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142701\*\*\*\*\*\*1257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任蓉煌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142703\*\*\*\*\*\*3332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320804\*\*\*\*\*\*3537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焦明智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321201\*\*\*\*\*\*5316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徐陈锐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330702\*\*\*\*\*\*7714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任李斌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332529\*\*\*\*\*\*5213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350104\*\*\*\*\*\*1569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朱毓伟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360735\*\*\*\*\*\*2131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张轩浩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370403\*\*\*\*\*\*8019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370983\*\*\*\*\*\*1843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王广超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371722\*\*\*\*\*\*5134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孟笑乐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410185\*\*\*\*\*\*6527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410402\*\*\*\*\*\*5546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411323\*\*\*\*\*\*6317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王乘中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420381\*\*\*\*\*\*3917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430521\*\*\*\*\*\*431X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黄友鹏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431128\*\*\*\*\*\*0152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唐怡婷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510623\*\*\*\*\*\*0024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511321\*\*\*\*\*\*0041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何颜彤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511602\*\*\*\*\*\*8712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杨超淋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513822\*\*\*\*\*\*0174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程昱菲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610502\*\*\*\*\*\*5427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杜亚峰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620422\*\*\*\*\*\*0551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凌瑞杰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620503\*\*\*\*\*\*6725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谢永煜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622102\*\*\*\*\*\*7315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周楠轩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622425\*\*\*\*\*\*0034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常爱龙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622429\*\*\*\*\*\*3711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622429\*\*\*\*\*\*3126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张克娅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622901\*\*\*\*\*\*7028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622922\*\*\*\*\*\*6024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信息科学与工程学院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 计算机科学与技术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通信工程（含宽带网络、移动通信等）（专业代码085402）拟录取2人，名单如下：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康馨文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本段为兰州大学2026年拟录取推荐免试硕士（博士）研究生名单公示的第5页至第6页部分内容，涉及化学化工学院、生命科学学院、资源环境学院三个学院的拟录取名单。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十、化学化工学院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化学（专业代码070300）拟录取名单如下，含直博生、支教团、国优计划等专项：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郭文豪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141182******0123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142402******632X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邸沛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150121******2013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杨临骥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210106******2139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刘吉祥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210204******1813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陶俊妤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320106******2042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刘信逸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321001******0013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杨羽宣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321281******1240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陈仕雄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330282******0038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李妤婕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330824******2729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340881******5014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胡悦茹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341202******3529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341226******1053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熊洪水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360121******8827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362531******3677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孔令晨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371121******2776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张京烁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371726******0338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赵事通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410225******341X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郝梓如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410581******0188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岳宝洋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411122******030X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郭会杰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411122******0115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412728******4214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420502******0018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刘心月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420581******0043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420582******0049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葛浩睿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421125******0610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430524******8715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杨涵锐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430726******023X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430822******262X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吴玮越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440106******1817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唐子凌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450305******2019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雷秋银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450329******1421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梁峻珲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500109******0453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500223******7709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陈光平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500383******2947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510124******402X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510411******0016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何青锡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510422******5615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510922******399X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康慧婷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513425******5829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赵宏利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530627******3359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陶再友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532624******2513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柳沛东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610125******4732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610825******0038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620104******1768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620122******0615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贾雨桐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620302******1424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屠晓梅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620321******0624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蔡雯丽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620403******0523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忽泓宇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620423******104X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雷尚睿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620502******133X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曹雄博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620502******6138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王蕊娟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620502******3828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620825******1227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杨兴泽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秦叔颖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622225******2419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622421******2624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拜昕彤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622701******020X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马肃曼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622901******0516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642222******0223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姜苏航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652828******2015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化学工程与技术（专业代码081700）拟录取名单如下：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马可心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620402******1326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 化学工程与技术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司嘉璐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622727******8327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 化学工程与技术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材料与化工（专业代码085600）拟录取名单如下，含直博生：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冷杉杉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120107******1226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崔晓哲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130185******2516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130682******0065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131102******0026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330226******4329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331021******1271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360830******062X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王状飞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410928******663X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433125******5536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500105******152X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简维章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522425******5752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郑光财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632126******1611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八、生命科学学院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生物学（专业代码071000）拟录取名单如下，含国优计划：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段金星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130434******1658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130581******1625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张尊博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130604******0019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140202******4010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210106******2119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张育赫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230184******4528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马苏坤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330109******6430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330322******0017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330881******3736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周易恬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331081******402X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340822******1852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杜悦悦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341225******0127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王敏中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350424******4738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360311******4023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马乐春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370703******1211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张丁展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371424******3658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410802******0107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410926******0080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林吉尧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411324******4539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徐森伟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411528******2937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412829******4426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舒云骢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420107******3316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430527******0320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盛黄楠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430723******0021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431023******8051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431321******0320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黄绮雪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442000******6424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蔡晓畦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445121******5120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450502******092X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梁宇珍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452229******0040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李茂渝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500113******6721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鲜宇婷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510802******582X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周炳宏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511722******241X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522228******3172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蔡馨悦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610928******4641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卢文芮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620102******2426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陈怡宁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620102******534X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丁柏夙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620103******1028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杨玉润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620103******1047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牟文涓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620121******5326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赵温馨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620621******0625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马志娟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621222******0425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闫思妍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621226******0448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622102******0620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622225******1811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622326******4948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胡婷婷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622427******614X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刘红英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622825******0026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魏冰冰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632721******0063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马晓丽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640422******5327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步瑞桐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654025******2626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生物与医药（专业代码086000）拟录取名单如下：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施博文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350211******6010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余迈夫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430682******1017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蒋析岑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510321******0046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段超然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620103******3028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九、资源环境学院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地理学（专业代码070500）拟录取名单如下，含直博生：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郑慧珠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350925******0046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070500 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622922******4511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070500 地理学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自然地理学（专业代码070501）拟录取名单如下：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| 姓名 | 证件号码 | 拟录取学院 | 备注 | 拟录取专业代码及名称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| --- | ---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（第7页至第8页部分内容），涉及资源环境学院、草地农业科技学院、地质科学与矿产资源学院三个学院，共记录拟录取学生140人。名单按“姓名、证件号码、拟录取学院、备注、拟录取专业代码及名称”列示，其中备注栏标注“国优计划”“支教团”“直博生”等专项类别。证件号码均作脱敏处理（中间8位以*代替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十、资源环境学院（共59人）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自然地理学（070501，22人）：苗远卓、王雅琴、曾琬苏、李禧欢、潘恒、陈茜、肖馨雨、赵依蕊、罗恒、田洁、肖瑶、罗帅、范小羽、刘一江、李维纯、熊玉琳、谢佳芸、张倩、魏鹏博、任思雨、李冰星、朱翼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人文地理学（070502，3人）：蒋奇利、陈江龙、秦钰。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地图学与地理信息系统（070503，10人）：夏业博、李萌冉、张诗玥、姚佳祺、许诚欣、徐磊超、马莉（国优计划）、倪梦盈、吴冰杰、张怡然、黄雅丽、李佳妍（国优计划）、赵沁山。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城市与区域规划（0705Z1，4人）：方怡茜、郝婕、辛文嘉（支教团）、刘晴。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地球系统科学（0705Z2，10人）：赵家兴、薛博洋、马鸣悦、刘振琪、梁子、黄心语（国优计划）、陈鑫雨、马雨欣、彭秋月、王燕、裴震宇。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第四纪地质学（070905，2人）：祖维邦、满丁宁。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水利工程（081500，2人）：张婉奕、胡萌。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环境科学与工程（083000，6人）：刘殊婷、周欢、李丹、张淼、赵秀丽、王军民。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资源与环境（085700，1人）：裴自成（直博生）。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环境工程（085701，4人）：李纯岩、刘博文、张峻瑜、杜卓越。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测绘工程（085704，2人）：刘轲、荣斌。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土木水利（085900，1人）：张宇婷。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国土空间规划（0863S1，2人）：兰颜、牛思远。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八、草地农业科技学院（共52人）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畜牧学（090500，6人）：张振钊、丁佳康、卫青城、张文乐、张彤、王鹏燕。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草学（090900，46人）：韩超、赵丽薇、杨劼晓、李婕妤、吴富菊、郭静雨、何佳慧、江皓月、鲁昱宏、刘凯文、连晓梦、丁万里、向筱涵、吴方瑶、何程、欧光明、周斌、吴棵林、覃佳艳、赵红梅、刘培松、李文倩、房天宁（直博生）、詹惠童、杨慧、李文琪、曹小佳、王海鑫、杨雅茹、郭嘉豪、汪亚兵、张晓彤、冯筱璇、吴延宁、张玉洁、杜婷、张婷、杜欣儒、刘怡彤、杨嘉怡、周宇璇、马蕊、李贞莹、李涓、马小艳、田晓燕、卢鹏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九、地质科学与矿产资源学院（共29人）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地质学（070900，29人）：薛雨溪、刘蕊、吴梓源、胡少帅、罗超、王皓、李邦民、赵文龙、马璇、陈芳、石严峰、朱梓榕、乔敏、王欢欢（国优计划）、沈俊辰。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苗远卓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320323******3838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340222******5029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曾琬苏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350421******6047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李禧欢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362323******3920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362334******0059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370923******2229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肖馨雨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371426******0045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赵依蕊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410526******0064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441622******0339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500109******792X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510502******834X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511324******5152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范小羽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511325******4121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511502******2774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李维纯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532329******0068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熊玉琳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610724******5185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620522******4428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魏鹏博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620523******1113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任思雨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621226******0047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李冰星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622826******1029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朱翼帆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370502******0021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070501 自然地理学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蒋奇利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510923******0920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070502 人文地理学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陈江龙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522426******5096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070502 人文地理学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622701******262X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070502 人文地理学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夏业博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131102******0418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140822******0047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140822******0102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姚佳祺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150922******5025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许诚欣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220284******4816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徐磊超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231083******4824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330621******154X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倪梦盈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350981******0242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吴冰杰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410184******0044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张怡然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411002******1524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黄雅丽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411522******6988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622224******0023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赵沁山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622301******9175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070503 地图学与地理信息系统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方怡茜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620105******2021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0705Z1 城市与区域规划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621023******0221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0705Z1 城市与区域规划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辛文嘉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622826******0446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0705Z1 城市与区域规划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654202******3229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0705Z1 城市与区域规划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赵家兴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130125******7544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薛博洋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142701******0017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马鸣悦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211003******2820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刘振琪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370214******3513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410603******152X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黄心语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411321******2846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陈鑫雨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411321******2522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622101******1447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彭秋月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622322******2220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622922******102X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裴震宇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652801******7312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0705Z2 地球系统科学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祖维邦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532123******161X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070905 第四纪地质学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满丁宁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620102******4324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070905 第四纪地质学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张婉奕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610629******0026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081500 水利工程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620102******5845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081500 水利工程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刘殊婷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141125******0066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360782******6639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520324******0066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620421******0427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赵秀丽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621126******4521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王军民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622628******353X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裴自成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411221******9037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 资源与环境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李纯岩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370911******6016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085701 环境工程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刘博文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410327******8632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085701 环境工程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张峻瑜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452629******0033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085701 环境工程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杜卓越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610104******6113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085701 环境工程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320481******3416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085704 测绘工程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622428******6311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085704 测绘工程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220402******562X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085900 土木水利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511623******4909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0863S1 国土空间规划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牛思远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620102******0041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0863S1 国土空间规划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张振钊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410922******6537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 畜牧学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丁佳康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510781******4255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 畜牧学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卫青城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522121******7811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 畜牧学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522630******0664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 畜牧学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620502******0422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 畜牧学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王鹏燕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621121******3429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090500 畜牧学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130227******2629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赵丽薇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130532******6547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杨劼晓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140522******1514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李婕妤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140882******010X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吴富菊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142631******484X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郭静雨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150304******2525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150724******0929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江皓月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350702******0022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鲁昱宏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370102******4913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刘凯文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410185******9898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连晓梦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411081******7281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丁万里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412726******125X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向筱涵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430304******0080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吴方瑶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510105******0061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510623******5923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欧光明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511602******7490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513433******0025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吴棵林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520324******003X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覃佳艳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522126******6524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赵红梅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533522******1620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刘培松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610121******1894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620102******0325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房天宁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620102******7820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詹惠童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620103******3029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090900 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620121******2425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草地农业科技学院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9至第11页内容，涉及地质科学与矿产资源学院、大气科学学院、土木工程与力学学院、核科学与技术学院四个学院，共记录拟录取学生若干名。以下按学院分列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十、地质科学与矿产资源学院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拟录取专业：070900 地质学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本页共记录10人，其中备注为“国优计划”的2人。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532525******1728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620103******3522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石严峰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622429******1310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朱梓榕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622701******4727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622723******3221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王欢欢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622821******2160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沈俊辰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622822******1710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张玉芸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622827******4125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林佳婧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652901******2849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史方杰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659001******061X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地质科学与矿产资源学院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070900 地质学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八、大气科学学院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拟录取专业：070600 大气科学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本页共记录54人，其中备注为“支教团”的5人，备注为“国优计划”的2人。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张轲贤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130130******3337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130402******2719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130434******313X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130534******0010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靳昊阳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130582******3613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李亚楠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131182******3825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马荣瑾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140623******9749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霍子昕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140729******0100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杨宇超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140924******0089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冀歆越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141125******0028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152224******7011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郭婧妍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152301******6247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152627******6411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220502******0822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宁子博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230204******1416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李雪静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230229******1729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尤彦钧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320211******411X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史玄昊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341422******0010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金飞燕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341721******3428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胡国豪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342425******0017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廖子恒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360429******0153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曾昕毅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360502******0039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庄鑫淼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370123******1020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杨涵曦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370683******8529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张舒馨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370786******6927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路嘉豪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370983******1312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高悦容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371302******0624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411322******2947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吕晨曦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411421******776X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刘宗燚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420323******7231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夏启冰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420981******0011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江睿康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430104******4614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付弘宇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430521******1676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430723******019X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430725******2585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邓雅婷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431322******0102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440605******0033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秦思容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450923******0267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唐茂棋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510802******0011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旷瑾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522225******0045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王辰悦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610111******002X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李柯盈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610113******2180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610116******189X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雷梓萱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610122******1740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史晓芳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610322******1127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常馨元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620103******1029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620523******1720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621022******2726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621225******3221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贺子建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622102******8610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622426******0027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卫文倩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622701******0581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朱宇航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622722******0015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丁娅萍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622722******1427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崔可萌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622824******0165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632123******7409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大气科学学院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070600 大气科学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九、土木工程与力学学院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拟录取专业包括：080100 力学、080102 固体力学、080103 流体力学、080104 工程力学、081400 土木工程、085703 地质工程、085901 土木工程。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本页共记录31人，其中备注为“国优计划”的4人，备注为“支教团”的2人，备注为“直博生”的6人。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刘朝阳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130682******3771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陈万恺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140121******7537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毋捷彬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140728******0032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152632******4817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马渊林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310110******0014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孙逸豪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320584******7115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陈皓轩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341702******0213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张继文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370481******0349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姚俊洁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410322******1043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430408******0070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610112******0524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610427******0025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杨彦博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622102******2619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杨宏东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622623******2111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 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230203******1419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080102 固体力学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封学文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330182******0512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080102 固体力学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411526******4216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080102 固体力学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430421******0150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080102 固体力学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130184******0036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080103 流体力学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622424******4434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080103 流体力学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杜豪飞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411729******2456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080104 工程力学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411702******001X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513101******5414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万佳伟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522126******301X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522629******1625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刘昶麟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620402******0431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穆云龙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640423******1416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穆再排尔·苏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653122******1813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李瑞雪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659002******2126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张姣姣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520203******3920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085703 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611023******1226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085703 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艾孜来提艾力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653101******4031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085703 地质工程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沈利贞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370983******0529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085901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晏梦琳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510521******0723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土木工程与力学学院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085901 土木工程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四、核科学与技术学院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拟录取专业包括：070202 粒子物理与原子核物理、0703Z3 放射化学、082700 核科学与技术。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本页共记录34人，其中备注为“直博生”的4人，备注为“国优计划”的1人。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师诚谦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140106******5152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岳巨豪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140121******5511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夏天霁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320506******0012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欧郑磊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350302******1014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黄莉玲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350481******6022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钟铎鸣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350926******0013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362202******3338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田千一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410328******9676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410381******9679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蔡淇丞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445102******0915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510402******5518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漆雅娟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620524******268X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070202 粒子物理与原子核物理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闫佳欣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510525******0042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0703Z3 放射化学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510923******7939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0703Z3 放射化学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610324******3722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0703Z3 放射化学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钱韦诚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620104******0272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0703Z3 放射化学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李榕峰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622421******6426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0703Z3 放射化学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李笙源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130481******3311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150430******0395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231121******5325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程家豪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340822******2832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11至13页内容，涉及核科学与技术学院、生态学院、基础医学院、动物医学与生物安全学院、口腔医学院5个学院，共记录拟录取推免生139人（含直博生、支教团等备注类别）。公示名单按“姓名、证件号码、拟录取学院、备注、拟录取专业代码及名称”五列排列，证件号码中间部分以星号隐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十、核科学与技术学院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专业代码及名称：082700 核科学与技术，录取13人，均为硕士。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专业代码及名称：085800 能源动力，录取19人，其中直博生7人（陈艺、田月欣、胡碧玉、周嘉宇、彭啸寰、罗兴月、濮文辉、李振超，共8人标注直博生，按原文标注统计）。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梁子怡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510724******2028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蒋科兴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510921******4012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宁琼瑶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511324******2726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尤宜琳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511502******2787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520122******3414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徐靖瑜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522321******0446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李顺豪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532628******0718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周浩林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610102******2334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朱雨暄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610303******2428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610722******0011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韩立鹏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620302******1414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杨国斌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622428******1914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082700 核科学与技术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120106******601X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田月欣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140322******1220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要奇辰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140930******0012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宗雅琪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210102******6021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苗毓祥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320321******4033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林峻辉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350128******0012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罗浩文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360730******2611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王卫杰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411627******4811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杨恩光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412724******5116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胡碧玉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421125******3333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421182******4156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彭啸寰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430381******0256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胡宁军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450221******4936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罗兴月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510525******8246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袁煜卓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610523******0023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王继昊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620104******1770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620523******4697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濮文辉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622224******4037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李振超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622823******1213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640324******0024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核科学与技术学院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 能源动力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八、生态学院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专业代码及名称：071300 生态学，录取39人，其中直博生4人（李玳霏、刘顺、柳林、刘茂）。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专业代码及名称：095400 林业，录取1人（巩鑫宇）。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140121******0823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窦嫒姝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140521******9785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141125******0022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高思琦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142332******1027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卜玥廷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150102******1620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祁楷媛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150402******0027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150429******0045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姜馨祺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152102******3027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210123******0219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常欣悦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340302******1027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341002******0236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吴诗建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350821******0832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崔佳文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360730******0621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李玳霏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370784******2025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刘漱玉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370883******5584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张芙齐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371324******4719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连冰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410223******3523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韩舒伟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410928******4224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411023******3540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411329******3963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440223******2715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冯麟贻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500384******0022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巫孟林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510311******1341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胡诗瑶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510311******2381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510521******1256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511722******2832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鲁玉谍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522401******9068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522625******3125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孔浩源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530302******0055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530627******4930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杨梦晗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610112******4028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宋鑫悦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610324******0042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620122******1722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620422******8111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陆林德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622301******2816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司嘉怡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632121******2025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吕萍山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632124******7906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阿斯呀·吗木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653129******0825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马海兰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654325******032X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071300 生态学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巩鑫宇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371328******3529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095400 林业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九、基础医学院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专业代码及名称：071003 生理学，录取1人（马宁娜）。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专业代码及名称：071010 生物化学与分子生物学，录取4人（刘慧园、王旖旎、马雨萱、鲁少蜓）。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专业代码及名称：086000 生物与医药，录取1人（潘月姣）。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专业代码及名称：100100 基础医学，录取17人（张莉樱、王妃、刘怡、关文秀、王静怡、丁明新、阮建华、董渊贵、席艺文、杨宁蓉、李嘉煊、王珂、张馨予、李嘉欣、张晴锐、吴彩霞、李惠）。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马宁娜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640302******1144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071003 生理学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刘慧园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341225******1018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 生物化学与分子生物学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王旖旎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411303******0121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 生物化学与分子生物学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马雨萱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612401******0542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 生物化学与分子生物学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鲁少蜓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620521******2025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 生物化学与分子生物学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潘月姣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451322******2021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张莉樱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140581******4821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152626******5727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410183******9662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关文秀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410622******0027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411081******5969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丁明新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411527******8269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阮建华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450422******5014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董渊贵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452427******0215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席艺文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511521******3067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杨宁蓉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532901******0082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532931******0014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533221******0024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620103******1921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620104******0820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张晴锐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吴彩霞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622429******3444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640324******3243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100100 基础医学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四、动物医学与生物安全学院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专业代码及名称：0710J1 生物安全，录取12人，其中直博生1人（唐天霖）。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专业代码及名称：086000 生物与医药，录取15人，其中支教团1人（张宇阳）。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专业代码及名称：100100 基础医学，录取1人，为直博生（陈奕润）。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130802******0221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孟子琦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150103******2628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唐天霖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350881******0014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360721******0014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张琳如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410581******9107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李忠铎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410726******0410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李琪玉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411025******002X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王灵巧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411326******694X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葛晓婷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411626******1245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张旭辉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610321******4019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闫萌起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620423******2321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622224******4022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0710J1 生物安全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130727******002X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宋锦琦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152801******1237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360121******1426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410329******5518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石梦霏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410423******9380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刘志豪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411328******8278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曹林佳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411621******506X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动物医学与生物安全学院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本段为兰州大学2026年拟录取推荐免试硕士（博士）研究生名单公示的第14页至第15页内容，涉及口腔医学院、公共卫生学院、药学院、第一临床医学院四个学院，共涉及拟录取学生若干名，具体明细如下。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十、口腔医学院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拟录取专业代码及名称：105200 口腔医学。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本段涉及口腔医学院拟录取学生共12人，其中备注为“支教团”的1人。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项路怡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370282******5129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唐艺涵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411123******0185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皮子衡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420821******0039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421182******0356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430481******455X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陈以铭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620102******5334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622301******0539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张红霞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622301******8106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孔艺融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622923******002X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马进梅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622926******0085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李亿梦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142726******2126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口腔医学院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105200 口腔医学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八、公共卫生学院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拟录取专业代码及名称：100400 公共卫生与预防医学、105300 公共卫生。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本段涉及公共卫生学院拟录取学生共47人，其中备注为“支教团”的2人。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100400 公共卫生与预防医学专业明细如下：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邢彦琳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152923******0025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刘美缘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210727******0026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朱宇凡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340403******1613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370782******0269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莫韵旋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452133******2420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452227******0255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龙尚丹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520201******5224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542222******0025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610104******0614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潘佳婷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610329******0026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610425******5041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刘芊池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620122******2047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张小英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620622******372X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裴赢胜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621125******0715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公雪娇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622225******2421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宗娟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622421******1520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马志明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622921******6611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640322******0028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郑宁华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642226******0422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宋奥鑫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140581******9862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100400 公共卫生与预防医学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105300 公共卫生专业明细如下：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152323******0024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330184******5778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340321******8289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340621******7225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341302******0417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刘宣宜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350722******0085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李杰龙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360722******4833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蔡洪飞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362322******2410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李艺斐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410726******6626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谢宇佳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500243******3529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510322******608X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周维怡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510603******6348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510681******3545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510904******4286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何瑗瑗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511324******0287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610602******2226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罗晨恺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620102******0616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620121******1942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620302******1029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李靖华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620421******0023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620422******2874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桑荣芳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620522******442X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马亚媛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620525******0381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620525******3827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庞容容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621125******3027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622123******1626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徐鸣蔚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622701******4524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622722******0047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622923******3023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海云芳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642221******0543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642222******4649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陈清华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652827******0048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105300 公共卫生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拟录取专业代码及名称：086000 生物与医药、100700 药学、105500 药学。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本段涉及药学院拟录取学生共48人，其中备注为“直博生”的1人，备注为“支教团”的3人。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086000 生物与医药专业明细如下：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赵熙玥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610114******0029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100700 药学专业明细如下：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魏希格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130183******0448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宿馨月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130224******4441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樊若冰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140828******0026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142325******2921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150304******3029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231182******1045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340323******4226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梁芳芳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360424******3021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郭峰平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362502******5211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吕振力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370682******1948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马秣野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371311******4624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胡田田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371721******2329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王苏羽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371721******444X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殷佳焕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411322******3867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张建鸽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411326******3327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李莉婷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411722******1020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田苗苗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412829******2826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黄熙芮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510181******2824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511025******160X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胡岚清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511722******3540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马睿吉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513826******6129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杨雪敏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520103******1222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张凌云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522427******0014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韩光娇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530622******112X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舒有群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530627******6722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532126******1128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610114******0021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610502******0822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闫嘉玥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620102******5322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孙佳钰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620102******1820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苏雪雪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620521******372X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620521******1126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程皇玮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620523******0856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年多多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620524******0420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韩育育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620822******3647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汪叶叶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621022******4329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621125******2520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范晓露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622421******5220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窦菊彩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622425******4827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贾倩倩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622425******4829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杨映霞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622426******6723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622626******2727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梁雅妮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622727******6223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包文婷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622921******3625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马小芳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622924******4024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阿尔孜姑·卡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653129******102X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 药学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105500 药学专业明细如下：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冯嘉诺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130984******3625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刘金杨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411628******658X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 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拉毛草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623027******4423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 药学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四、第一临床医学院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拟录取专业代码及名称：100201 内科学、100208 临床检验诊断学、100210 外科学、105101 内科学、105102 儿科学、105103 老年医学、105106 皮肤病与性病学、105108 重症医学、105111 外科学、105113 骨科学、105115 妇产科学、105118 麻醉学、105121 肿瘤学。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本段涉及第一临床医学院拟录取学生共32人，其中备注为“直博生”的4人，备注为“支教团”的3人。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620523******1406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100201 内科学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530627******0524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李万娇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622226******2035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100210 外科学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旦知草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623027******4029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100210 外科学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黄洪鑫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450881******4411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610403******0524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何娜娜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610431******1229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620105******2021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620981******172X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陈茸美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16至18页内容，涉及第一临床医学院、第二临床医学院、护理学院、文学院、历史文化学院等单位的拟录取人员。名单按“拟录取专业代码及名称、备注、姓名、证件号码、拟录取学院”顺序排列，证件号码中间部分以星号隐去。备注中标注“直博生”者为直接攻读博士学位研究生，标注“支教团”者为研究生支教团推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十、第一临床医学院拟录取名单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622727******1413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马小明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622924******2059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511724******1749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105113 骨科学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622623******0027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105115 妇产科学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622926******0045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105115 妇产科学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370802******3910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 麻醉学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620122******0210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 肿瘤学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620922******1421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 肿瘤学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王合心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622921******7848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 肿瘤学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完云霞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622722******5224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八、第二临床医学院拟录取名单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 放射影像学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韩小燕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621121******3925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100207 影像医学与核医学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刘紫怡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410482******3843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620104******1123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邹丽娜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620802******3683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刘浩浩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622726******3175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田桠柠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622801******1422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622821******0860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100208 临床检验诊断学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范欣驰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230202******1416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100214 肿瘤学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130181******3345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钱雨欢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411282******7528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廖煜宁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450422******4229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陈雪妮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610327******0027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620502******6327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门丽琼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620523******380X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622322******0014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622426******0065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105101 内科学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秦新慧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630104******1023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105102 儿科学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532501******1814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105104 神经病学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康瑾昊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620121******2426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105104 神经病学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宋媛慧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620522******4481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105104 神经病学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柴文瑶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622826******4126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150928******2122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413026******1822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周姿余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500381******2222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杜秀梅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513123******3620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旦增晋美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540125******0014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610724******003X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郭胜峰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622224******6510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622224******0010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姚亚鹏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622427******0717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622921******3911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刘海燕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630121******1023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严鹏仲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632126******0811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 外科学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袁存虎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642223******4111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105116 眼科学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621225******3027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105117 耳鼻咽喉科学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李艺鸿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350681******5229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 麻醉学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郎思羽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411729******0060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 麻醉学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530381******1539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105118 麻醉学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610431******0026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105121 肿瘤学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642222******4212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 放射影像学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王琦琦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411722******9146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105123 放射影像学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延雨欣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612727******3643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105124 超声医学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王芮颜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610481******0027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第二临床医学院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九、护理学院拟录取名单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120221******2415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130929******3228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131022******5026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150823******1024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郝世豪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410183******0092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琚雯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410621******2047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张斯雨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411423******4526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王飞燕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412828******6345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吴林玲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500227******6329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530328******0963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张舒瑜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532101******4426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532621******1722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徐莹洁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610581******1647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贺国育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620421******3645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魏可可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620523******0384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马艳艳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620525******2227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621121******4723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王引引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621122******6320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622226******3014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622427******3403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焦雪萍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622428******072X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袁欣亚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622722******0226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马小汾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622901******2049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 护理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652323******0025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四、文学院拟录取名单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沈佳涵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130529******002X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付晓彤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140321******0022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梁桂梓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140926******0047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卢胤杰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210106******4916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姜恩平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230231******102X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国熙茹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230882******7062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350322******4318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350526******5027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370104******3720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赵成浩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370702******2211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韩骐宇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371327******3328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胡景明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410181******602X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胡欣汝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410782******044X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苏婉茹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411602******9042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411722******7922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郭元佳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411725******6847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王婉莹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412721******4245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黄诗典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429004******4185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黄雯静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431128******0029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陈逸纯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440513******1127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罗海燕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510722******7123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白马曲措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513335******432X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530328******0625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530381******0911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武欣雨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610428******502X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成晶晶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610431******0328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620102******5826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摆宇婕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620802******0189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白彩云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622226******3425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622925******0060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马欣然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652325******0221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马铭悦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130322******0066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130682******3460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谷小溪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140424******8105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苗馨元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310115******0423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350322******682X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孙铭翼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370686******8223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371081******3022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371102******5747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夏璨然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421181******4422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廖双旻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430722******0208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廖双璠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430722******0224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440281******0747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440803******0327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陈如萌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450203******0722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460006******5220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唐兴悦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510121******5020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510823******7605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511011******1769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杨学玉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511502******8866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530621******0046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吕奕瞳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610104******0024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620103******3528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王祎萌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620103******0043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620122******1042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兰州大学2026年拟录取推荐免试硕士（博士）研究生名单公示（第18—20页，共26页）。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十、文学院（130100 艺术学）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本段共5人，其中支教团1人。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刘雁铭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370283******5423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 艺术学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樊璟怡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370826******7449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 艺术学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王同语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610102******0345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 艺术学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620524******0463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 艺术学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650102******3041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130100 艺术学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八、历史文化学院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本段共41人，其中支教团1人。专业分布：030402 马克思主义民族理论与政策2人；030406 中华民族学12人；030407 人类学与世界民族1人；060100 考古学2人；060200 中国史15人；0602Z1 敦煌学5人；060300 世界史7人。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610481******0566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030402 马克思主义民族理论与政策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古丽拉莱·乃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654101******1761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030402 马克思主义民族理论与政策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370923******1948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陶乐昀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410503******004X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朱晓梦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410526******0341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451224******2723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500382******0019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510812******682X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代红林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522229******5428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532329******0720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齐一斐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610303******2044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卓玛吉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623022******4522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才然草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623024******1329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普化才让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623027******3813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030406 中华民族学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130203******4522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030407 人类学与世界民族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梁子星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430122******7824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060100 考古学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曼孜拉·哈力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654123******0021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060100 考古学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郭星婵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140581******9886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宋佳宁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142225******4512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郝英男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210726******0550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吴依婷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350722******2047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马煜孜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370304******2720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370784******253X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魏冠旭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371424******0332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410122******5722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王舒婷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411302******014X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邵梦婷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411328******4240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张裕彤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440112******0020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510821******2125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万东南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530324******1731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张安祯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610103******5224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620402******0921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060200 中国史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赵悦茗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230502******0521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0602Z1 敦煌学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黄有邻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530102******2714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0602Z1 敦煌学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孙鑫凯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532930******1319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0602Z1 敦煌学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武转蓉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620422******8120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0602Z1 敦煌学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622626******1625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0602Z1 敦煌学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郑博涵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130184******0013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320821******0128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冯若祺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370304******0025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李淑敏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371326******3725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张毅川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430511******2012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魏纯洁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513826******4228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马兰芳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620525******2042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九、哲学社会学院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本段共19人。专业分布：010100 哲学8人；030300 社会学3人；035200 社会工作8人。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150102******4624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152629******2528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彭馨瑶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320303******4926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江尚君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360829******0613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李丹丹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410225******4186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苑艺涵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410411******5629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李秋爽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411525******0020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田飞燕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522228******0040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黄玉冰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350626******0027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 社会学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肖文倩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623023******0021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 社会学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640422******0323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 社会学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司宝玲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140502******0523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董星铄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210502******0928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张恩熙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230107******2024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陶媛媛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342425******5546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360721******6420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李昌音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371329******2714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赵汝甜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371521******0103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平真真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410184******0142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丁佳欢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610422******1728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葛丽丽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622627******2820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史小英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622722******1429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哲学社会学院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035200 社会工作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本段共23人，其中支教团5人。专业分布：050201 英语语言文学4人；050202 俄语语言文学2人；050211 外国语言学及应用语言学1人；055101 英语笔译7人；055102 英语口译2人；055103 俄语笔译7人。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沈心蕊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130229******0042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 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王岩琦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130602******4025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 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530381******0561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 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620525******1044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050201 英语语言文学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廖书睿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150203******0922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050202 俄语语言文学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370830******5729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050202 俄语语言文学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422801******4629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050211 外国语言学及应用语言学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邸文曦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130225******742X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140932******0028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徐梦寒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371721******3925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王羽菲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420503******2349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430181******7824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袁伟丽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620522******4221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055101 英语笔译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黎石文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450422******1923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 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权阳彬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620104******0261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055102 英语口译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刘林园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130623******4421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于岳鑫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152103******4820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于金铭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222403******662X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潘悦扬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231005******5520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341003******0030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魏贤淑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341103******4224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510623******0027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黄雅馨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620502******0023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055103 俄语笔译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本段共48人，其中支教团6人。专业分布：030100 法学14人；035101 法律（非法学）2人；035102 法律（法学）32人。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130203******0314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赵晔彤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130603******0921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140481******2822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杨镇仿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152801******0041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舒保轩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330802******5014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陈洁玉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341126******0025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章淑婷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362424******5423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410802******0063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411326******2822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王惠慧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411624******6049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孟致君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430111******2135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李承珀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500234******0012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蒋成怡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510121******0108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冯乙航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511623******7150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贾尧昕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140521******2022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 法律（非法学）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张启恒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140826******0029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 法律（非法学）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康艺华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130421******4524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宋子佳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130428******0246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140106******1946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张世杰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140321******0011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程帆远洋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140402******082X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140424******8126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董丹阳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140602******9582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谢梦欣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141082******0060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高铭霞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150222******0026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330327******0628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孙宁晗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331003******2180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360122******1825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王茜雨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362323******6529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蒋晓雨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370281******0020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李慧凌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370322******2524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吴承卿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371324******1188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371326******7349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黄振鑫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371502******862X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内容，涉及法学院、经济学院、管理学院三个学院，涵盖法律（法学）、应用经济学、金融、税务、工商管理学、公共管理学等专业。名单按“姓名—证件号码—拟录取学院—备注—拟录取专业代码及名称”排列，其中备注栏标注“支教团”者为支教团专项。证件号码均以脱敏形式呈现（保留前6位与后4位，中间以******代替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专业：035102 法律（法学）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本段法学院拟录取人数：14人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郭元铨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450502******0472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510522******8209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方雨珂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510683******4820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511602******0188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冯岚岚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511921******2104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向炳城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513721******4946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522401******0446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530103******3725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赵梓茹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620421******0924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成兰兰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620522******1729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李淑娴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620622******3727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622201******0048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622623******0921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梁轩畅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120104******4328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专业一：020200 应用经济学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本段经济学院应用经济学拟录取人数：42人（含支教团5人）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130130******0324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郭晓雨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130433******0021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郑依晗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130603******0928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赵泽成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130636******7339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刘月晓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130930******302X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景若菲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140427******8060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武昭宇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142402******6615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150430******3388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薄建鑫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152531******071X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籍艾伦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210402******0525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310118******401X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陈奂铮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320381******0010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何俊玮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320705******0038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320721******2624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330327******0098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曹雨珂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340824******3825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陈亿炜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350322******1077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罗帝燊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350502******0511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350583******6017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362426******7323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律屹峰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370281******107X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黄乐源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371502******2045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371721******0021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许晓帆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371728******0045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薛艺洁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410184******9082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毛一宁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410303******4725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赵聆君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410421******3024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秦文静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410522******0245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410727******7825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翟鑫涛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410781******0415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410823******0164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411025******1521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411502******7326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姚苗青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411621******3042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闫文慧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411726******8463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422826******401X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李晏迪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500112******0447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邓雅轩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511304******2823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杨宛睿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522328******0868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610724******4016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620102******466X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李彦论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620102******6548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王重懿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620103******1023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张兰曦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622101******2929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韩露洁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622224******0047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622626******3020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丁泼花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622826******1523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640321******0726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654021******3326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专业二：025100 金融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本段经济学院金融拟录取人数：20人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140107******1220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胡雪飞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140581******990X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胡振果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341225******6037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郑远德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350427******2018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郭书琪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370322******3124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佟浩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370786******4813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徐思瑜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410322******3823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王峻潇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410782******3971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张蓝戈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411681******8163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421023******122X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李海天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440781******1119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彭境芬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510321******246X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511622******2820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512022******8140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石庆诗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522631******0024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叶田田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620105******2029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620122******2341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622301******4461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马永华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622922******4531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650105******2221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专业三：025300 税务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本段经济学院税务拟录取人数：22人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宋小亚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130426******2921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姚致远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130481******0036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刘亦菲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130526******5222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胡雨轩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140227******504X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段姝妍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150206******0046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152530******1126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吴亚楠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210681******2228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阮权民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340702******7554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孟子涵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370123******0022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鞠远征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370202******4939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蒋文婷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370811******2527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370923******1921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苏安静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371422******5446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阿雅懿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411224******002X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411523******4523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440103******5112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王炫婷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440582******0641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姚坤悦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510704******3323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513323******7508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王登红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522625******0028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622701******2923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祁灵峒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622901******0520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025300 税务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专业一：120200 工商管理学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本段管理学院工商管理学拟录取人数：31人（含支教团4人）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张少婷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130682******4083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宫婉馨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140109******424X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高琪玮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142326******1210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150423******0028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刘飞华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152627******6427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220721******344X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梁雪芝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330382******6425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潘炜珍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350627******0020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董浩然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370126******0427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370902******1525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杨传芳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371122******0944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371522******7430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於彩玉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411325******3746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佘焙洋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420502******0619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李希特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421281******0026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邓星伟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431382******0212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吴凯鑫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440514******3018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张荣娇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510121******0127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熊端蔓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510131******0022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李雪玲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522224******2884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李欢欢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522731******2548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610723******7661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缑娇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620503******5726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620523******0024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徐静蕾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622421******1527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王鹏鹏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622425******6317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侯嘉宁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23至24页内容，涉及管理学院、新闻与传播学院、政治与国际关系学院、马克思主义学院四个拟录取学院，涵盖公共管理学、新闻传播学、新闻与传播、政治学、区域国别学、马克思主义理论六个专业。名单按“姓名、证件号码、拟录取学院、拟录取专业代码及名称、备注”列示，备注中标注“支教团”或“直博生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十、管理学院（120400 公共管理学）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本段共列示管理学院公共管理学拟录取考生21人，其中备注为“支教团”的4人。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陶昊睿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220284******3042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230182******0626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321101******3221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342426******3621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周红梅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360732******0062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王中俊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362330******5329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郑皓元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371203******0324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仝祎品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371321******7913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411325******6542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雷英卓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411726******8402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420606******2028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陈玉婷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421202******3565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贺秀君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422802******0323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李懿文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430521******8029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陶举华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440204******4728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姚柯安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500235******0337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龚逸飘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510403******0312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511102******0724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511402******9301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610824******0425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余明洁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612429******4140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620105******0021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黄志鹏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622201******1216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622924******0065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632126******0026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李湘燕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652901******5925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654223******1246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八、新闻与传播学院（050300 新闻传播学、055200 新闻与传播）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新闻传播学（050300）拟录取20人，其中备注为“支教团”的1人。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娄孝严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131181******0972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孙宜萱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140123******7080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丁怡瑗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142622******0044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340102******4042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程语筠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340223******7425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341623******1020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谢尹廷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350823******003X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韩琪儿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371121******0086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朱雅菲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371327******4628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任倩茹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410222******9821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410381******6043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任二阳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410928******2121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450502******0164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易晨曦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500229******0020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510921******0225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李彦霞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610721******6929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刘亦冰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620321******032X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622126******0044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马奴给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622926******5025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丁家雪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650107******1526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新闻与传播（055200）拟录取45人。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120107******1522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130182******0046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130281******0023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冯思涵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130403******2725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130421******6023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董雨菲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130604******0026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赵鑫茹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130622******3023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王默涵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130682******7063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赵雅宁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130702******0629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闫靖宇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130730******2005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130825******3924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王琳茜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140825******0044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140924******0044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142232******0022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150121******5525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150304******3029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150421******212X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李璟辰元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210302******062X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张睿子琪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210802******0543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高瑞哲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230121******1426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张楚楚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230302******4022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341221******5793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李华灵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341522******5662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卢梦琪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342224******1624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吴若水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370102******3721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杜睿欣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370281******6724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李宽富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370481******7717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徐斓轩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370503******0043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魏星宇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371328******2521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侯添润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371725******9122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410185******9882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410305******1563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王璐悦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410526******004X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张梦菲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410526******0060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王琦琦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410727******0106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崔梦琳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410802******0028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410802******0065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马雯莉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411202******3528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孔丽凡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411381******5925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411702******0825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411727******7523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421023******6113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田狄翔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421126******7226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510822******1762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530602******1829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611025******4763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622421******0327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郭昕怡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650102******3026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九、政治与国际关系学院（030200 政治学、140700 区域国别学）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政治学（030200）拟录取13人。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郭殷健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140106******3029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武文华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140211******3325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闫高源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210104******1455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范孟龙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410883******0138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411621******3082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张祥斌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441323******4015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445222******2023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500240******552X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贺景雅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610622******3068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吴媛媛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610825******3041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郝伟杰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612727******3317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张兴雪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620421******5522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张雪丽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622727******7129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区域国别学（140700）拟录取3人。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鲁效娴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421002******2924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140700 区域国别学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薛富乐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610115******777X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140700 区域国别学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提勒叶克·赛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654126******1019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政治与国际关系学院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140700 区域国别学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四、马克思主义学院（030500 马克思主义理论）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本段共列示马克思主义学院马克思主义理论拟录取考生28人，其中备注为“支教团”的3人，备注为“直博生”的1人。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姚孜晗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130521******0800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崔文颖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140110******6640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董林佳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142701******1235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150102******4627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甄欣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152502******0522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周彦君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230202******1021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340421******4614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肖雨新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360203******1029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程莉莉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360727******0920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张原宾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371325******0519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兰州大学2026年拟录取推荐免试硕士（博士）研究生名单公示的第25至26页内容，共涉及拟录取学生48人，涵盖马克思主义学院、艺术学院、威尔士学院、高等教育研究院4个拟录取学院，专业包括马克思主义理论、音乐、设计、教育学、学科教学（数学）、学科教学（生物），备注中标注支教团6人、退役士兵计划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拟录取专业代码及名称：030500 马克思主义理论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拟录取人数：14人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452626******1224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李辉宇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500114******1064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谭晶议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500228******4545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510322******0024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杨丛语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620102******1818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620402******0509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刘美萱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622225******0045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622225******1820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622301******1325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蒋思雅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622626******4624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任静亚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622826******0840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马婷婷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622922******6543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勉佳雪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640122******0347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萨拉依丁·吾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653129******0830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八、艺术学院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拟录取专业代码及名称：135200 音乐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拟录取人数：13人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130525******5129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郝心晴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142703******1223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李紫聿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150304******2020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410203******0025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411082******7812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曾宇佳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430223******4527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谭人川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430321******0190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刘倩宁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431028******1240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蔡晓阳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440825******2359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王荣洁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620103******0625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孙凯锋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620123******7010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查雨萱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620202******0221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吕泓睿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620302******0417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拟录取专业代码及名称：135700 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拟录取人数：14人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赵庆雅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120111******2526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杜欣瑜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130302******3923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李新然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130425******7124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马靖怡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140110******6660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370202******5429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任泉洁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370682******0424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371402******1922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牛梓源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410104******0068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410527******0064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赵姣润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511526******1722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620104******1122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南霖筱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620104******1111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康倩倩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620121******2449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刘毅超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622301******0566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九、威尔士学院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拟录取专业代码及名称：135700 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拟录取人数：2人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130104******0928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威尔士学院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500113******2428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威尔士学院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拟录取专业代码及名称：040100 教育学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拟录取人数：4人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韩浩然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130982******6164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 教育学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330327******0839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 教育学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退役士兵计划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梁树玉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620622******0825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 教育学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马雪宁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652826******002X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 教育学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拟录取专业代码及名称：045104 学科教学（数学）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拟录取人数：1人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章小娟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 学科教学（数学）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拟录取专业代码及名称：045107 学科教学（生物）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拟录取人数：1人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名单明细：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拟录取专业代码及名称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460006******2347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045107 学科教学（生物）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本段内容为兰州大学2026年拟录取推荐免试硕士（博士）研究生名单公示，涉及第25页至第26页，共26页。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本段合计拟录取48人，其中备注为“支教团”6人、“退役士兵计划”1人。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公示名单字段包括：姓名、证件号码、拟录取学院、拟录取专业代码及名称、备注。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原文未提供本段名单的排名或评分方式、公示期起止日期及联系方式。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本段为推免拟录取名单节选，共涉及 7 名考生，涵盖威尔士学院、高等教育研究院 2 个招生单位，涉及设计、教育学、学科教学（数学）、学科教学（生物）4 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00113******2428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威尔士学院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130982******6164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梁树玉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330327******0839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退役士兵计划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马雪宁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620622******0825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章小娟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652826******002X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460006******2347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学科教学（生物）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本段为第 26 页，共 26 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十、拟录取名单明细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威尔士学院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专业代码：135700，专业名称：设计，姓名：韩浩然，证件号码：0113******2428。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专业代码：040100，专业名称：教育学，姓名：章宇，证件号码：130982******6164。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专业代码：040100，专业名称：教育学，姓名：梁树玉，证件号码：330327******0839，备注：退役士兵计划。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专业代码：040100，专业名称：教育学，姓名：马雪宁，证件号码：652826******002X。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专业代码：040100，专业名称：教育学，姓名：章小娟，证件号码：622223******0364。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专业代码：045104，专业名称：学科教学（数学），姓名：林琦，证件号码：460006******2347。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高等教育研究院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专业代码：045107，专业名称：学科教学（生物），姓名：未显示，证件号码：未显示。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威尔士学院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0113******2428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130982******6164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梁树玉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330327******0839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退役士兵计划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马雪宁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652826******002X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章小娟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460006******2347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学科教学（生物）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本页为第 26 页，共 26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本段为推免拟录取名单公示信息，共涉及 7 人，涵盖威尔士学院、高等教育研究院两个招生单位，专业包括设计、教育学、学科教学（数学）、学科教学（生物），其中 1 人为退役士兵计划。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113******2428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威尔士学院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130982******6164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梁树玉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330327******0839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退役士兵计划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马雪宁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620622******0825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章小娟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652826******002X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460006******2347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学科教学（生物）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招生单位分布：威尔士学院 1 人，高等教育研究院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专业分布：设计 1 人，教育学 4 人，学科教学（数学）1 人，学科教学（生物）1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专项计划：退役士兵计划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本页为第 26 页，共 26 页。原文未提供排名或评分方式及公示期信息。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十、拟录取名单明细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本段为公示名单的末页（第 26 页，共 26 页），共涉及 7 名考生，分属威尔士学院、高等教育研究院两个招生单位，涵盖设计、教育学、学科教学（数学）、学科教学（生物）4 个专业，其中 1 人为退役士兵计划。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韩浩然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13******2428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威尔士学院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130982******6164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梁树玉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330327******0839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退役士兵计划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马雪宁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620622******0825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章小娟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652826******002X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622223******0364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学科教学（数学）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460006******2347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高等教育研究院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学科教学（生物）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7 条记录，涉及考生 7 人（其中“林琦”姓名对应两条记录，分别对应学科教学（数学）与学科教学（生物）两个专业）。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招生单位分布：威尔士学院 1 人，高等教育研究院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专业分布：设计 1 人，教育学 4 人，学科教学（数学）1 人，学科教学（生物）1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专项计划：退役士兵计划 1 人（梁树玉，高等教育研究院，教育学）。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证件号码按原文脱敏形式保留。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本页为公示材料第 26 页，共 26 页；原文未在本段给出公示期、排名或评分方式等信息。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