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发布日期：2018年3月26日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本名单为2018自动化学院硕士研究生预录取公示名单（控制学科），共预录取100人，其中第1名为推免生，第99名、第100名为非全日制，其余为普通预录取考生。公示日期为2018.3.26。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二、预录取名单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准考证号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预录取学科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潘晓容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101458000001630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刘聪聪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101458000005918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焦尚彬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101458000011116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徐开亮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106148081111409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智能控制理论与应用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106988611100142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106988611100273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孙旭霞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106988611100886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李瑞康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刘庆丰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106988611100979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刘庆丰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106988611101340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霍志旺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智能机器人控制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106988611101462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武文瑜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樊秀梅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106988611101546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胡倩儒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樊秀梅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106998411216024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钱富才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106998611210737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惠朝晖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智能视频监控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106998611210742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复杂工业系统智能运行控制基础理论与关键技术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106998611210834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106998611210884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107008012033143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107008013023154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新型传感器与检测技术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107008014073909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赵颖珍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107008014113901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107008014123906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107008021033899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107008022033162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梁莉莉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107008023183142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复杂工业系统智能运行控制基础理论与关键技术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107008037013915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涂芝润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杨延西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107008041513907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范亚东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107008041533139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宋金良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任海鹏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107008051103164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陈华文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季瑞瑞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107008053113160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秦峤孟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机器视觉检测与模式识别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杨延西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周伟豪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非线性系统动力学分析与控制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任海鹏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焦珊珊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非线性系统动力学分析与控制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任海鹏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谭艳玲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复杂工业系统智能运行控制基础理论与关键技术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复杂工业系统智能运行控制基础理论与关键技术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复杂工业系统智能运行控制基础理论与关键技术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胡瑞卿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复杂系统的建模与优化控制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弋英民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系统工程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杨松楠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基于网络的计算机控制系统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复杂系统的建模与优化控制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弋英民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黄嘉滨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复杂系统的建模与优化控制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弋英民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李林珅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智能控制理论与应用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钱富才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宁怡娟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任海鹏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高金鹏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张丁心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新型传感器与检测技术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焦尚彬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新型传感器与检测技术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高效电力电子电路和系统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任海鹏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温思成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嵌入式计算机控制与自动化装置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焦尚彬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贺园园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电能变换与现代电力传动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李生民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王肖凡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电能变换与现代电力传动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李生民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新型传感器与检测技术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宋念龙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齐锦锦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系统工程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大系统的优化与控制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吴亚丽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盛文韬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大数据分析与智能交通系统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覃珊珊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基于网络的计算机控制系统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岳鹏宇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信息融合与智能控制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王旭磊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赵瑞利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智能控制理论与应用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大数据分析与智能交通系统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张少华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机器视觉检测与模式识别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杨延西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严子靖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智能视频监控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屈田田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信息融合与智能控制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张书荣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基于网络的计算机控制系统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梁家辉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系统工程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过程监控与故障诊断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胡绍林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机器视觉检测与模式识别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杨延西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大数据分析与智能交通系统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大数据分析与智能交通系统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段少杰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宋小池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樊国良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张桂诚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樊国良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107008061361199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大数据分析与智能交通系统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107008061361205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刘晶晶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107008061361206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107008061361207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李若楠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智能信息处理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季瑞瑞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史博辉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信息融合与智能控制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张友民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惠志轩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智能视频监控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雒朝辉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导航、制导与控制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智能机器人控制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张友民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唐丹妮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导航、制导与控制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智能机器人控制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张友民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郭兆龙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吴康祁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梁炎明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薛珮雯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樊秀梅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孙宝康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黄丽婷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吴亚丽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乔思雨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王琛琛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焦尚彬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杨文博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吴亚丽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赵晓辉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任海鹏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季瑞瑞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107008061443155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展盼婷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嵌入式计算机控制与自动化装置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107008061443910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张东坤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杨延西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107018161132295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史启盟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控制理论与控制工程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复杂系统的建模与优化控制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弋英民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107018161132321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杨泽坤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检测技术与自动化装置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黄西平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107018162127274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模式识别与智能系统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107008161365013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杨红军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杨延西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非全日制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107008161365014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王兴武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工业过程自动化与系统集成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梁炎明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非全日制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本名单共100人，其中推免生1人（序号1），非全日制2人（序号99、100）。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预录取学科包括：模式识别与智能系统、控制工程、控制理论与控制工程、检测技术与自动化装置、系统工程、导航、制导与控制。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公示日期：2018.3.26。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