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高瓴人工智能学院2024年优秀大学生研学营营员名单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高瓴人工智能学院将通过线下开展2024年中国人民大学高瓴人工智能学院优秀大学生研学营活动。时间安排：7月9日-7月11日全天。营员必须全程参加所有活动。夏令营期间，营员所有费用自理。具体活动安排后期将通过邮件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发布日期：2024年6月20日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一、营员名单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以下是2024年高瓴人工智能学院优秀大学生夏令营营员名单：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学硕-营员名单（不包含本院学生）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直博-营员名单（不包含本院学生）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二、确认参加要求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请确定参加研学营申请学术硕士的同学于2024年6月25日中午12点前发邮件到gaolingxueshuo@163.com确认参加本次研学营。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申请直博的同学发邮件到gaolingzhibo@163.com。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若2024年6月25日中午12点前没有收到确认邮件，则视同放弃本次营员资格。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发邮件时，请务必按此署名（邮件主题：姓名+参加高瓴人工智能学院研学营+直博/学硕）。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确认邮件还需附上诚信应试承诺书。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另外，CSP成绩在300分及以上的，请附上电子版成绩单。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三、特别提醒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学院会通过邮件或手机短信或我院官网发布相关通知，请及时查看邮箱（报名时填报的邮箱）、手机信息及学院官网。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诚信应试承诺书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ai@ruc.edu.cn | 86-10-62511257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北京市海淀区中关村大街59号中国人民大学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高瓴人工智能学院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2024年6月20日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