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广西师范大学体育与健康学院2026年推荐优秀应届本科毕业生免试攻读硕士学位研究生工作实施办法</w:t>
      </w:r>
    </w:p>
    <w:p>
      <w:r>
        <w:t>广西师范大学体育与健康学院2026年推荐优秀应届本科毕业生免试攻读硕士学位研究生工作实施办法</w:t>
      </w:r>
    </w:p>
    <w:p>
      <w:r>
        <w:t>时间：2025-09-10</w:t>
      </w:r>
    </w:p>
    <w:p>
      <w:r>
        <w:t>阅读量：10</w:t>
      </w:r>
    </w:p>
    <w:p>
      <w:r>
        <w:t>来源：体育与健康学院</w:t>
      </w:r>
    </w:p>
    <w:p>
      <w:r>
        <w:t>联系我们</w:t>
      </w:r>
    </w:p>
    <w:p>
      <w:r>
        <w:t>电话：0773-5845941</w:t>
      </w:r>
    </w:p>
    <w:p>
      <w:r>
        <w:t>邮箱：gxnutyxyd@126.com</w:t>
      </w:r>
    </w:p>
    <w:p>
      <w:r>
        <w:t>邮编：541006</w:t>
      </w:r>
    </w:p>
    <w:p>
      <w:r>
        <w:t>地址：广西桂林市雁山镇雁中路1号</w:t>
      </w:r>
    </w:p>
    <w:p>
      <w:r>
        <w:t>信访举报</w:t>
      </w:r>
    </w:p>
    <w:p>
      <w:r>
        <w:t>来信请寄：广西桂林市雁山区雁中路1号体育与健康学院纪委</w:t>
      </w:r>
    </w:p>
    <w:p>
      <w:r>
        <w:t>邮政邮编：541006</w:t>
      </w:r>
    </w:p>
    <w:p>
      <w:r>
        <w:t>来访请到：广西师范大学雁山校区体育与健康学院314办公室</w:t>
      </w:r>
    </w:p>
    <w:p>
      <w:r>
        <w:t>举报电话：0773-3697336</w:t>
      </w:r>
    </w:p>
    <w:p>
      <w:r>
        <w:t>举报邮箱：tyyjkxyjljcwyh@163.com</w:t>
      </w:r>
    </w:p>
    <w:p>
      <w:r>
        <w:t>国家体育总局</w:t>
      </w:r>
    </w:p>
    <w:p>
      <w:r>
        <w:t>国家自然科学基金委员会</w:t>
      </w:r>
    </w:p>
    <w:p>
      <w:r>
        <w:t>中国就业网</w:t>
      </w:r>
    </w:p>
    <w:p>
      <w:r>
        <w:t>北京体育大学</w:t>
      </w:r>
    </w:p>
    <w:p>
      <w:r>
        <w:t>广西师范大学学工部</w:t>
      </w:r>
    </w:p>
    <w:p>
      <w:r>
        <w:t>广西师范大学团委</w:t>
      </w:r>
    </w:p>
    <w:p>
      <w:r>
        <w:t>广西师范大学新闻网</w:t>
      </w:r>
    </w:p>
    <w:p>
      <w:r>
        <w:t>关注我们</w:t>
      </w:r>
    </w:p>
    <w:p>
      <w:r>
        <w:t>Copyright © 2020 广西师范大学体育与健康学院</w:t>
      </w:r>
    </w:p>
    <w:p>
      <w:r>
        <w:t>版权所有：广西师范大学</w:t>
      </w:r>
    </w:p>
    <w:p>
      <w:r>
        <w:t>桂ICP备05000954号-1，</w:t>
      </w:r>
    </w:p>
    <w:p>
      <w:r>
        <w:t>桂公网安备45030502000260号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