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中山大学管理学院2026年接收优秀应届本科毕业生预推荐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中山大学管理学院2026年接收优秀应届本科毕业生预推荐免试攻读研究生（含学术型硕士生、直博生）复试日程安排。本日程为拟定计划，具体时间及地点以申请系统通知为准。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一、获得复试资格人选须邮寄材料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《中山大学管理学院2026年接收优秀应届本科毕业生推荐免试攻读研究生预报名申请表》1份。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学生证和身份证复印件各1份（学生证须将个人信息页和注册信息页复印在1张A4纸上，身份证将正反面复印在1张A4纸上）。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本科阶段学习成绩单1份（须由学校教务部门盖章）。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本科前六个学期本专业或年级成绩排名证明（须由学校或学院教务部门盖章）。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国家英语六级考试成绩、TOEFL成绩或雅思成绩英语水平证明材料。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《研究计划书》一份。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拟申请直博生项目的考生，需提供两封具有副高级及以上专业技术职务的专家的推荐信。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其他证明材料，如代表性学术论文、出版物或原创性工作成果，以及各种获奖的证明材料（该部分材料不作为必须提供材料的内容，供我院审核、接收时参考）。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二、材料真实性及学术道德要求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申请者须承诺所提供信息、材料及申请身份的真实性。一经查证为不属实或不符合我校招生要求的，我校将取消其申请资格、录取资格、入学资格，已入学的取消学籍。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申请者若存在有违学术道德、专业伦理、诚实守信等方面的不当行为，一经查实，立即取消其申请资格、录取资格、入学资格，已入学的取消学籍。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三、邮寄要求及地址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建议选择顺丰常规快递（请勿选择“同城急送”）、EMS承寄。所有到付件、同城急送件均将作退件处理。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邮寄地址：广东省广州市海珠区新港西路135号中山大学管理学院善思堂M310 张老师 020-39332748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四、复试日程安排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活动内容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活动地点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注意事项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9月18日上午8:00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推免生报道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管理学院善思堂二楼大堂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报到时需出示身份证、学生证原件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9月18日-19日上午8:30/下午13:30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推免生面试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管理学院善思堂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