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外国语学院2027年推荐应届优秀本科毕业生免试攻读硕士学位学分绩排名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发布日期：2026-08-25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一、通知内容概述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本通知为长春理工大学外国语学院关于2027年推荐应届优秀本科毕业生免试攻读硕士学位研究生（推免）的学分绩排名公示。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通知面向对象为外国语学院2027届应届优秀本科毕业生。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二、关键信息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推荐类型：免试攻读硕士学位研究生（推免）。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排名依据：学分绩排名。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面向年级：2027届应届本科毕业生（即2026年秋季学期进入推免流程的学生）。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具体申请条件、材料清单、时间节点及接收名额等详细信息未在本通知中列出，需关注学院后续发布的推免工作实施细则或相关公告。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如有疑问，可联系外国语学院。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电话：0431-85583033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邮箱：foreign#cust.edu.cn（使用时请将#替换为@）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地址：吉林省长春市卫星路7989号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邮编：130022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