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吉林大学植物科学学院2026年优秀应届本科毕业生免试攻读研究生推荐名单</w:t>
      </w:r>
    </w:p>
    <w:p>
      <w:pPr>
        <w:spacing w:after="80" w:lineRule="auto" w:line="360"/>
        <w:ind w:firstLine="482"/>
        <w:jc w:val="both"/>
      </w:pPr>
      <w:r>
        <w:rPr>
          <w:rFonts w:ascii="Times New Roman" w:hAnsi="Times New Roman" w:eastAsia="宋体"/>
          <w:b w:val="0"/>
          <w:sz w:val="24"/>
        </w:rPr>
        <w:t>吉林大学植物科学学院2026年优秀应届本科毕业生免试攻读研究生推荐名单已公布，公示期为2025年9月9日至2025年9月15日，共计7天。</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1. 总人数未在正文中直接写明，具体人数详见附件《2022级拟推荐推免学生名单》。</w:t>
      </w:r>
    </w:p>
    <w:p>
      <w:pPr>
        <w:spacing w:after="80" w:lineRule="auto" w:line="360"/>
        <w:ind w:firstLine="482"/>
        <w:jc w:val="both"/>
      </w:pPr>
      <w:r>
        <w:rPr>
          <w:rFonts w:ascii="Times New Roman" w:hAnsi="Times New Roman" w:eastAsia="宋体"/>
          <w:b w:val="0"/>
          <w:sz w:val="24"/>
        </w:rPr>
        <w:t>2. 另有备选学生名单（附件2）及各专业推免名额分配表（附件3）。</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1. 正文未列出具体专业明细，需查阅附件《2022级各专业推免名额分配表》获取。</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1. 经各专业考核推荐、学院审核通过确定最终推荐人选。</w:t>
      </w:r>
    </w:p>
    <w:p>
      <w:pPr>
        <w:spacing w:after="80" w:lineRule="auto" w:line="360"/>
        <w:ind w:firstLine="482"/>
        <w:jc w:val="both"/>
      </w:pPr>
      <w:r>
        <w:rPr>
          <w:rFonts w:ascii="Times New Roman" w:hAnsi="Times New Roman" w:eastAsia="宋体"/>
          <w:b w:val="0"/>
          <w:sz w:val="24"/>
        </w:rPr>
        <w:t>2. 具体评分细则未在正文中公示。</w:t>
      </w:r>
    </w:p>
    <w:p>
      <w:pPr>
        <w:spacing w:before="160" w:after="80" w:lineRule="auto" w:line="360"/>
        <w:jc w:val="left"/>
      </w:pPr>
      <w:r>
        <w:rPr>
          <w:rFonts w:ascii="Times New Roman" w:hAnsi="Times New Roman" w:eastAsia="宋体"/>
          <w:b/>
          <w:sz w:val="28"/>
        </w:rPr>
        <w:t>四、公示期及异议反映方式</w:t>
      </w:r>
    </w:p>
    <w:p>
      <w:pPr>
        <w:spacing w:after="80" w:lineRule="auto" w:line="360"/>
        <w:ind w:firstLine="482"/>
        <w:jc w:val="both"/>
      </w:pPr>
      <w:r>
        <w:rPr>
          <w:rFonts w:ascii="Times New Roman" w:hAnsi="Times New Roman" w:eastAsia="宋体"/>
          <w:b w:val="0"/>
          <w:sz w:val="24"/>
        </w:rPr>
        <w:t>1. 公示期为2025年9月9日至2025年9月15日，共计7天。</w:t>
      </w:r>
    </w:p>
    <w:p>
      <w:pPr>
        <w:spacing w:after="80" w:lineRule="auto" w:line="360"/>
        <w:ind w:firstLine="482"/>
        <w:jc w:val="both"/>
      </w:pPr>
      <w:r>
        <w:rPr>
          <w:rFonts w:ascii="Times New Roman" w:hAnsi="Times New Roman" w:eastAsia="宋体"/>
          <w:b w:val="0"/>
          <w:sz w:val="24"/>
        </w:rPr>
        <w:t>2. 异议需在公示期内具实名以书面形式向学院教学办公室反映。</w:t>
      </w:r>
    </w:p>
    <w:p>
      <w:pPr>
        <w:spacing w:after="80" w:lineRule="auto" w:line="360"/>
        <w:ind w:firstLine="482"/>
        <w:jc w:val="both"/>
      </w:pPr>
      <w:r>
        <w:rPr>
          <w:rFonts w:ascii="Times New Roman" w:hAnsi="Times New Roman" w:eastAsia="宋体"/>
          <w:b w:val="0"/>
          <w:sz w:val="24"/>
        </w:rPr>
        <w:t>3. 联系电话：0431-87836280。</w:t>
      </w:r>
    </w:p>
    <w:p>
      <w:pPr>
        <w:spacing w:after="80" w:lineRule="auto" w:line="360"/>
        <w:ind w:firstLine="482"/>
        <w:jc w:val="both"/>
      </w:pPr>
      <w:r>
        <w:rPr>
          <w:rFonts w:ascii="Times New Roman" w:hAnsi="Times New Roman" w:eastAsia="宋体"/>
          <w:b w:val="0"/>
          <w:sz w:val="24"/>
        </w:rPr>
        <w:t>4. 邮箱：414450619@qq.com。</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本次公布名单含拟推荐推免学生名单及拟推荐推免备选学生名单两类。</w:t>
      </w:r>
    </w:p>
    <w:p>
      <w:pPr>
        <w:spacing w:after="80" w:lineRule="auto" w:line="360"/>
        <w:ind w:firstLine="482"/>
        <w:jc w:val="both"/>
      </w:pPr>
      <w:r>
        <w:rPr>
          <w:rFonts w:ascii="Times New Roman" w:hAnsi="Times New Roman" w:eastAsia="宋体"/>
          <w:b w:val="0"/>
          <w:sz w:val="24"/>
        </w:rPr>
        <w:t>2. 具体人数及专业分配详见附件。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