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研究生部（研究生工作部合署）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接收优秀应届本科毕业生推荐免试攻读硕士学位研究生（以下简称推免生）是我校选拔拔尖创新人才、提高研究生招生质量的重要举措。为鼓励广大具有推免资格的优秀应届本科毕业生积极申请我校，保证我校2026年接收推免生工作的规范、公平、公开、公正，特制定本工作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申请人必须是具有推免资格高校的优秀应届本科毕业生，并获得所在学校推荐免试资格。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我校接收推免生专业为全日制学术学位和专业学位相关专业（不含体育赛事管理与营销（体育法学方向）、竞赛组织专业），报考专业目录请参考《首都体育学院2025年硕士研究生招生简章》。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名额根据生源情况确定，宁缺毋滥，择优录取，兼顾学术学位和专业学位两个类型。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具有高尚的爱国主义情操和集体主义精神，社会主义信念坚定，社会责任感强，遵纪守法，积极向上，身心健康，诚实守信，学风端正，无任何考试作弊和剽窃他人学术成果的记录。品行表现优良，无任何违法违纪受处分的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申请人学术研究兴趣浓厚，有较强的创新意识、创新能力和专业能力，且本科期间勤奋学习，刻苦钻研，成绩优秀，被推荐高校列入推免生名单。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原则上推免生本科所学专业应与推免专业相近或一致（获得国家二级及以上运动员等级证书者不限），英语通过大学英语四级考试（≥425分）。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申请人身体健康状况应符合教育部规定的体检标准。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四、接收工作程序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（一）预报名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确定已获本科院校推免资格者可进行预报名，报名时间为2025年9月18日至9月22日（8:00-18:00），报名网址为“首都体育学院研究生信息管理系统”。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提交材料内容：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（1）本科院校开具取得推免资格证明文件（加盖所在学院公章）或所在本科院校推免资格公示文件（原件或复印件）。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（2）本科课程成绩单（加盖公章）。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（3）外语水平证明、运动成绩证明、计算机水平证明材料。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（4）科研相关情况证明材料。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（5）其它获奖材料。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以上申请材料请逐个扫描成pdf文件并上传提交，以便系统审核。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提示：未在规定时间内进行预报名者，原则上不予发送复试通知。审核材料以预报名系统提交材料为准，未及时提交相关文件者，原则上不予录取。网上报名时考生必须如实、准确填写信息，研招网和“首都体育学院研究生招生与培养系统”中的相关内容必须信息一致。一旦发现弄虚作假者，我校将取消其报考资格及录取资格，由此造成的损失由考生本人负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（二）正式报名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应按照教育部规定登录“全国推荐免试攻读研究生（免初试、转段）信息公开管理服务系统”（以下简称“推免服务系统”，http://yz.chsi.com.cn/tm）进行网上报名，系统开放时间以“推免服务系统”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推免生务必在截止日期前（9月24日9:00）登录“研招网推免服务系统”填写推免生报考志愿，逾期不予受理。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部将根据所收到的推免生的材料情况，尽快确定推免生复试名单并通知本人。复试形式为网络远程复试，复试时间另行通知，请考生密切关注。复试过程将考查学生德、智、体、能、勤等多方面的综合素质，着重考查学生知识背景、学科知识的综合应用能力、科研创新潜力等。复试内容主要包括英语听力、专业笔试、专业方向面试（含英语口语）和部分考生所需要的体育加试等。各专业复试工作办法详见所属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拟接收的推免生，研究生部将通过“推免服务系统”发布待录取通知，考生收到待录取通知后，须在24小时内通过“推免服务系统”进行确认，超时视为自动放弃，我校可随时撤销超时未接受的待录取通知。被我校拟录取的推免生名单将在我校研究生部官方途径公示7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推免生必须保证全部申请材料的真实性和准确性，一经发现提交的材料内容不真实或不准确，我校将取消其复试资格、录取资格或入学资格。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根据教育部规定，已被我校接收的推免生，不得再报名参加当年硕士研究生考试招生，否则取消其推免录取资格。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推免生在入学前未取得学士学位或本科毕业证书，或受到处分的，或体检不合格的，将被取消录取资格。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我校研究生招生信息及成绩查询、复试名单、录取查询等信息均通过以下三种官方渠道发布。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（1）中国研究生招生信息网我校网站（https://yz.chsi.com.cn/sch/schoolInfo--schId-367861.dhtml）。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（2）首都体育学院研究生部网站（https://gs.cupes.edu.cn/）。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（3）首都体育学院研究生部微信公众号（cupesyjsb）。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欢迎广大师生对推免生工作进行监督，校纪委及研究生部接受反映举报，为便于核实处理和反馈情况，举报人需提交署名书面材料。监督电话：研究生部010-82099034，纪委监察办公室010-82099015。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以上政策参照教育部、北京市有关工作文件，若有变动将以最新相关文件规定为准。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（一）招生单位信息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招生单位代码：10029，招生单位：首都体育学院，地址：北京市海淀区北三环西路11号研究生部，邮编：100191。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（二）咨询联系方式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