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集美大学水产学院拟推荐2026届免试硕士研究生名单（含备选名单）公示</w:t>
      </w:r>
    </w:p>
    <w:p>
      <w:pPr>
        <w:spacing w:line="360" w:lineRule="auto" w:before="0" w:after="80"/>
        <w:ind w:firstLine="482"/>
        <w:jc w:val="both"/>
      </w:pPr>
      <w:r>
        <w:rPr>
          <w:rFonts w:ascii="Times New Roman" w:hAnsi="Times New Roman" w:eastAsia="宋体"/>
          <w:b w:val="0"/>
          <w:sz w:val="24"/>
        </w:rPr>
        <w:t>根据《集美大学推荐优秀应届本科毕业生免试攻读硕士学位研究生工作实施办法》（集大综发〔2025〕9号）和 《水产学院关于推荐2026届优秀应届本科毕业生免试攻读硕士学位研究生工作实施细则》（水院〔2025〕13号），经学生自愿报名，依据学院推免生名额分配原则，学院推免遴选工作小组审核，学院党政联席会议审议，现将集美大学水产学院2026届拟推荐免试攻读硕士学位研究生名单予以公示，详见附件。</w:t>
      </w:r>
    </w:p>
    <w:p>
      <w:pPr>
        <w:spacing w:line="360" w:lineRule="auto" w:before="120" w:after="60"/>
        <w:ind w:firstLine="0"/>
        <w:jc w:val="left"/>
      </w:pPr>
      <w:r>
        <w:rPr>
          <w:rFonts w:ascii="Times New Roman" w:hAnsi="Times New Roman" w:eastAsia="宋体"/>
          <w:b/>
          <w:sz w:val="24"/>
        </w:rPr>
        <w:t>公示日期：2025年9月1日——9月5日</w:t>
      </w:r>
    </w:p>
    <w:p>
      <w:pPr>
        <w:spacing w:line="360" w:lineRule="auto" w:before="120" w:after="60"/>
        <w:ind w:firstLine="0"/>
        <w:jc w:val="left"/>
      </w:pPr>
      <w:r>
        <w:rPr>
          <w:rFonts w:ascii="Times New Roman" w:hAnsi="Times New Roman" w:eastAsia="宋体"/>
          <w:b/>
          <w:sz w:val="24"/>
        </w:rPr>
        <w:t>公示电话：6181483</w:t>
      </w:r>
    </w:p>
    <w:p>
      <w:pPr>
        <w:spacing w:line="360" w:lineRule="auto" w:before="120" w:after="60"/>
        <w:ind w:firstLine="0"/>
        <w:jc w:val="left"/>
      </w:pPr>
      <w:r>
        <w:rPr>
          <w:rFonts w:ascii="Times New Roman" w:hAnsi="Times New Roman" w:eastAsia="宋体"/>
          <w:b/>
          <w:sz w:val="24"/>
        </w:rPr>
        <w:t>水产学院</w:t>
      </w:r>
    </w:p>
    <w:p>
      <w:pPr>
        <w:spacing w:line="360" w:lineRule="auto" w:before="120" w:after="60"/>
        <w:ind w:firstLine="0"/>
        <w:jc w:val="left"/>
      </w:pPr>
      <w:r>
        <w:rPr>
          <w:rFonts w:ascii="Times New Roman" w:hAnsi="Times New Roman" w:eastAsia="宋体"/>
          <w:b/>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