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外国语学院关于做好2026年推荐优秀应届本科毕业生免试攻读研究生工作的通知</w:t>
      </w:r>
    </w:p>
    <w:p>
      <w:pPr>
        <w:spacing w:line="360" w:lineRule="auto" w:before="0" w:after="80"/>
        <w:ind w:firstLine="482"/>
        <w:jc w:val="both"/>
      </w:pPr>
      <w:r>
        <w:rPr>
          <w:rFonts w:ascii="Times New Roman" w:hAnsi="Times New Roman" w:eastAsia="宋体"/>
          <w:b w:val="0"/>
          <w:sz w:val="24"/>
        </w:rPr>
        <w:t>根据《长沙理工大学推荐优秀应届本科毕业生免试攻读硕士学位研究生实施办法》，请符合推免生申报条件的同学，按通知要求，认真准备申报材料：</w:t>
      </w:r>
    </w:p>
    <w:p>
      <w:pPr>
        <w:spacing w:line="360" w:lineRule="auto" w:before="0" w:after="80"/>
        <w:ind w:firstLine="482"/>
        <w:jc w:val="both"/>
      </w:pPr>
      <w:r>
        <w:rPr>
          <w:rFonts w:ascii="Times New Roman" w:hAnsi="Times New Roman" w:eastAsia="宋体"/>
          <w:b w:val="0"/>
          <w:sz w:val="24"/>
        </w:rPr>
        <w:t>1．《长沙理工大学2026年推荐免试攻读研究生资格申请表》2份（双面打印，本人签名）；</w:t>
      </w:r>
    </w:p>
    <w:p>
      <w:pPr>
        <w:spacing w:line="360" w:lineRule="auto" w:before="0" w:after="80"/>
        <w:ind w:firstLine="482"/>
        <w:jc w:val="both"/>
      </w:pPr>
      <w:r>
        <w:rPr>
          <w:rFonts w:ascii="Times New Roman" w:hAnsi="Times New Roman" w:eastAsia="宋体"/>
          <w:b w:val="0"/>
          <w:sz w:val="24"/>
        </w:rPr>
        <w:t>2．《外国语学院2026年推免生资格申请人思想政治考核表》1份；</w:t>
      </w:r>
    </w:p>
    <w:p>
      <w:pPr>
        <w:spacing w:line="360" w:lineRule="auto" w:before="0" w:after="80"/>
        <w:ind w:firstLine="482"/>
        <w:jc w:val="both"/>
      </w:pPr>
      <w:r>
        <w:rPr>
          <w:rFonts w:ascii="Times New Roman" w:hAnsi="Times New Roman" w:eastAsia="宋体"/>
          <w:b w:val="0"/>
          <w:sz w:val="24"/>
        </w:rPr>
        <w:t>3．第1至6学期初修成绩单、英语专业四级成绩单原件及复印件1份；</w:t>
      </w:r>
    </w:p>
    <w:p>
      <w:pPr>
        <w:spacing w:line="360" w:lineRule="auto" w:before="0" w:after="80"/>
        <w:ind w:firstLine="482"/>
        <w:jc w:val="both"/>
      </w:pPr>
      <w:r>
        <w:rPr>
          <w:rFonts w:ascii="Times New Roman" w:hAnsi="Times New Roman" w:eastAsia="宋体"/>
          <w:b w:val="0"/>
          <w:sz w:val="24"/>
        </w:rPr>
        <w:t>4．各类学科竞赛获奖证书、论文等科研成果原件及复印件1份；</w:t>
      </w:r>
    </w:p>
    <w:p>
      <w:pPr>
        <w:spacing w:line="360" w:lineRule="auto" w:before="0" w:after="80"/>
        <w:ind w:firstLine="482"/>
        <w:jc w:val="both"/>
      </w:pPr>
      <w:r>
        <w:rPr>
          <w:rFonts w:ascii="Times New Roman" w:hAnsi="Times New Roman" w:eastAsia="宋体"/>
          <w:b w:val="0"/>
          <w:sz w:val="24"/>
        </w:rPr>
        <w:t>5.《外国语学院2026年研究生推免申请情况表》1份。</w:t>
      </w:r>
    </w:p>
    <w:p>
      <w:pPr>
        <w:spacing w:line="360" w:lineRule="auto" w:before="0" w:after="80"/>
        <w:ind w:firstLine="482"/>
        <w:jc w:val="both"/>
      </w:pPr>
      <w:r>
        <w:rPr>
          <w:rFonts w:ascii="Times New Roman" w:hAnsi="Times New Roman" w:eastAsia="宋体"/>
          <w:b w:val="0"/>
          <w:sz w:val="24"/>
        </w:rPr>
        <w:t>以上所有文件的电子版发至邮箱522348782@qq.com；所有佐证材料复印件需本人签名确认。</w:t>
      </w:r>
    </w:p>
    <w:p>
      <w:pPr>
        <w:spacing w:line="360" w:lineRule="auto" w:before="0" w:after="80"/>
        <w:ind w:firstLine="482"/>
        <w:jc w:val="both"/>
      </w:pPr>
      <w:r>
        <w:rPr>
          <w:rFonts w:ascii="Times New Roman" w:hAnsi="Times New Roman" w:eastAsia="宋体"/>
          <w:b w:val="0"/>
          <w:sz w:val="24"/>
        </w:rPr>
        <w:t>请按要求把材料提交学院教务办（金盆岭3-213），材料上交日期：9月6日至9月7日。</w:t>
      </w:r>
    </w:p>
    <w:p>
      <w:pPr>
        <w:spacing w:line="360" w:lineRule="auto" w:before="120" w:after="60"/>
        <w:ind w:firstLine="0"/>
        <w:jc w:val="left"/>
      </w:pPr>
      <w:r>
        <w:rPr>
          <w:rFonts w:ascii="Times New Roman" w:hAnsi="Times New Roman" w:eastAsia="宋体"/>
          <w:b/>
          <w:sz w:val="24"/>
        </w:rPr>
        <w:t>外国语学院</w:t>
      </w:r>
    </w:p>
    <w:p>
      <w:pPr>
        <w:spacing w:line="360" w:lineRule="auto" w:before="0" w:after="80"/>
        <w:ind w:firstLine="482"/>
        <w:jc w:val="both"/>
      </w:pPr>
      <w:r>
        <w:rPr>
          <w:rFonts w:ascii="Times New Roman" w:hAnsi="Times New Roman" w:eastAsia="宋体"/>
          <w:b w:val="0"/>
          <w:sz w:val="24"/>
        </w:rPr>
        <w:t>2025.9.5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