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现代农学院2026年全国优秀大学生夏令营入营名单-增补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一、增补入营名单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经北京大学现代农学院夏令营专家委员会审议，确定2026年全国优秀大学生夏令营增补入营名单。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增补入营学生共3名，具体如下：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王川旻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中国农业大学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李怡菡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西北农林科技大学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马浩文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北京林业大学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二、夏令营安排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本次夏令营将于7月3日至7月5日线下进行。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具体活动安排另行通知，请入营同学密切关注邮件信息。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发布单位：北京大学现代农学院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