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福州大学化学学院2026年优秀应届本科毕业生免试攻读研究生拟推荐名单公示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上级有关文件精神及《福州大学化学学院2026年推荐优秀应届本科毕业生免试攻读研究生工作实施细则》《化学学院2026年推荐优秀应届本科毕业生免试攻读研究生综合素质测评评分细则》执行，按照公平、公正、公开原则，经学生个人申请、学院推免生遴选工作领导小组审核评议、学院党政联席会研究，现将福州大学化学学院2026年优秀应届本科毕业生免试攻读研究生拟推荐名单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公示对象为我院2026年优秀应届本科毕业生免试攻读研究生、“交叉学科领域人才培养专项”和“特殊学术专长”拟推荐名单。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具体名单详见附件。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二、公示时间与异议反馈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公示时间：2025年9月11日至9月15日。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如有异议，可向学院纪委书记或辅导员反映。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联系方式：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纪委书记电话：0591-22866237，邮箱：46670700@qq.com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辅导员电话：0591-22866332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发布单位：福州大学化学学院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