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3-专业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经贸大学2026年推免生资格名单公示，共22人，涉及经济学院4个专业：国际经济与贸易（020401）8人、数字经济（020109T）4人、经济学（020101）5人、贸易经济（020402）5人。推荐类型均为普通（含直博），排名方式均为3-专业，公示期满日期均为9月4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</w:tblGrid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学院（系）名称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排名方式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排名人数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GPA（平均绩点）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王瑞焱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355.00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林莫楠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352.10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张文婧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343.45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闫佳惠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327.30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焦鹏飞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327.25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乔佳琦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311.95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白若妍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311.10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王青情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305.15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020109T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卢婧怡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319.60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020109T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胡萧慧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297.50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020109T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郝月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293.25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020109T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楚雅楠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281.35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朱佳轩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348.20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冯晨璐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325.55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王一涵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323.85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赵佳慧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320.45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高艺泽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312.80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贸易经济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郑森阳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317.15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贸易经济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江佳鑫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304.30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贸易经济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侯依林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303.90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贸易经济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郭思雨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294.95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  <w:tr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020402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贸易经济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宋泽瑄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普通（含直博）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3-专业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288.15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3.39</w:t>
            </w:r>
          </w:p>
        </w:tc>
        <w:tc>
          <w:tcPr>
            <w:tcW w:type="dxa" w:w="664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拟推免 9月4日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若对以上公示表有疑义，请9月4日中午12点前向学院教务办公室反映，逾期不予受理。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