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民航</w:t>
      </w:r>
    </w:p>
    <w:p>
      <w:r>
        <w:t>附件</w:t>
      </w:r>
    </w:p>
    <w:p>
      <w:r>
        <w:t>玉</w:t>
      </w:r>
    </w:p>
    <w:p>
      <w:r>
        <w:t>安全科学与工程学院推荐2026年优秀应届本科</w:t>
      </w:r>
    </w:p>
    <w:p>
      <w:r>
        <w:t>毕业生免特联</w:t>
      </w:r>
    </w:p>
    <w:p>
      <w:r>
        <w:t>试攻读硕士学位研究生避选结果</w:t>
      </w:r>
    </w:p>
    <w:p>
      <w:r>
        <w:t>是否通过遵选/</w:t>
      </w:r>
    </w:p>
    <w:p>
      <w:r>
        <w:t>序号</w:t>
      </w:r>
    </w:p>
    <w:p>
      <w:r>
        <w:t>姓名</w:t>
      </w:r>
    </w:p>
    <w:p>
      <w:r>
        <w:t>学号</w:t>
      </w:r>
    </w:p>
    <w:p>
      <w:r>
        <w:t>专业</w:t>
      </w:r>
    </w:p>
    <w:p>
      <w:r>
        <w:t>使用名额</w:t>
      </w:r>
    </w:p>
    <w:p>
      <w:r>
        <w:t>通过选</w:t>
      </w:r>
    </w:p>
    <w:p>
      <w:r>
        <w:t>1</w:t>
      </w:r>
    </w:p>
    <w:p>
      <w:r>
        <w:t>齐晨辰</w:t>
      </w:r>
    </w:p>
    <w:p>
      <w:r>
        <w:t>221240172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2</w:t>
      </w:r>
    </w:p>
    <w:p>
      <w:r>
        <w:t>徐颖</w:t>
      </w:r>
    </w:p>
    <w:p>
      <w:r>
        <w:t>221240193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3</w:t>
      </w:r>
    </w:p>
    <w:p>
      <w:r>
        <w:t>高梦莹</w:t>
      </w:r>
    </w:p>
    <w:p>
      <w:r>
        <w:t>221240093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4</w:t>
      </w:r>
    </w:p>
    <w:p>
      <w:r>
        <w:t>雷子漪</w:t>
      </w:r>
    </w:p>
    <w:p>
      <w:r>
        <w:t>221240150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5</w:t>
      </w:r>
    </w:p>
    <w:p>
      <w:r>
        <w:t>李佳蓓</w:t>
      </w:r>
    </w:p>
    <w:p>
      <w:r>
        <w:t>221240199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6</w:t>
      </w:r>
    </w:p>
    <w:p>
      <w:r>
        <w:t>田雅茹</w:t>
      </w:r>
    </w:p>
    <w:p>
      <w:r>
        <w:t>221240101</w:t>
      </w:r>
    </w:p>
    <w:p>
      <w:r>
        <w:t>安全工程</w:t>
      </w:r>
    </w:p>
    <w:p>
      <w:r>
        <w:t>专业名额</w:t>
      </w:r>
    </w:p>
    <w:p>
      <w:r>
        <w:t>通过选</w:t>
      </w:r>
    </w:p>
    <w:p>
      <w:r>
        <w:t>7</w:t>
      </w:r>
    </w:p>
    <w:p>
      <w:r>
        <w:t>王菲</w:t>
      </w:r>
    </w:p>
    <w:p>
      <w:r>
        <w:t>221240079</w:t>
      </w:r>
    </w:p>
    <w:p>
      <w:r>
        <w:t>信息安全</w:t>
      </w:r>
    </w:p>
    <w:p>
      <w:r>
        <w:t>专业名额</w:t>
      </w:r>
    </w:p>
    <w:p>
      <w:r>
        <w:t>通过选</w:t>
      </w:r>
    </w:p>
    <w:p>
      <w:r>
        <w:t>8</w:t>
      </w:r>
    </w:p>
    <w:p>
      <w:r>
        <w:t>罗佳</w:t>
      </w:r>
    </w:p>
    <w:p>
      <w:r>
        <w:t>221240065</w:t>
      </w:r>
    </w:p>
    <w:p>
      <w:r>
        <w:t>信息安全</w:t>
      </w:r>
    </w:p>
    <w:p>
      <w:r>
        <w:t>专业名额</w:t>
      </w:r>
    </w:p>
    <w:p>
      <w:r>
        <w:t>通过选</w:t>
      </w:r>
    </w:p>
    <w:p>
      <w:r>
        <w:t>9</w:t>
      </w:r>
    </w:p>
    <w:p>
      <w:r>
        <w:t>丁嘉毅</w:t>
      </w:r>
    </w:p>
    <w:p>
      <w:r>
        <w:t>221240005</w:t>
      </w:r>
    </w:p>
    <w:p>
      <w:r>
        <w:t>信息安全</w:t>
      </w:r>
    </w:p>
    <w:p>
      <w:r>
        <w:t>专业名额</w:t>
      </w:r>
    </w:p>
    <w:p>
      <w:r>
        <w:t>通过选</w:t>
      </w:r>
    </w:p>
    <w:p>
      <w:r>
        <w:t>10</w:t>
      </w:r>
    </w:p>
    <w:p>
      <w:r>
        <w:t>岳少聪</w:t>
      </w:r>
    </w:p>
    <w:p>
      <w:r>
        <w:t>221240016</w:t>
      </w:r>
    </w:p>
    <w:p>
      <w:r>
        <w:t>信息安全</w:t>
      </w:r>
    </w:p>
    <w:p>
      <w:r>
        <w:t>专业名额</w:t>
      </w:r>
    </w:p>
    <w:p>
      <w:r>
        <w:t>通过选</w:t>
      </w:r>
    </w:p>
    <w:p>
      <w:r>
        <w:t>11</w:t>
      </w:r>
    </w:p>
    <w:p>
      <w:r>
        <w:t>陈雪琦</w:t>
      </w:r>
    </w:p>
    <w:p>
      <w:r>
        <w:t>221240258</w:t>
      </w:r>
    </w:p>
    <w:p>
      <w:r>
        <w:t>应用心理学</w:t>
      </w:r>
    </w:p>
    <w:p>
      <w:r>
        <w:t>专业名额</w:t>
      </w:r>
    </w:p>
    <w:p>
      <w:r>
        <w:t>通过选</w:t>
      </w:r>
    </w:p>
    <w:p>
      <w:r>
        <w:t>12</w:t>
      </w:r>
    </w:p>
    <w:p>
      <w:r>
        <w:t>范赵敏</w:t>
      </w:r>
    </w:p>
    <w:p>
      <w:r>
        <w:t>221240227</w:t>
      </w:r>
    </w:p>
    <w:p>
      <w:r>
        <w:t>应用心理学</w:t>
      </w:r>
    </w:p>
    <w:p>
      <w:r>
        <w:t>专业名额</w:t>
      </w:r>
    </w:p>
    <w:p>
      <w:r>
        <w:t>通过选</w:t>
      </w:r>
    </w:p>
    <w:p>
      <w:r>
        <w:t>13</w:t>
      </w:r>
    </w:p>
    <w:p>
      <w:r>
        <w:t>闫欣蕾</w:t>
      </w:r>
    </w:p>
    <w:p>
      <w:r>
        <w:t>221240083</w:t>
      </w:r>
    </w:p>
    <w:p>
      <w:r>
        <w:t>信息安全</w:t>
      </w:r>
    </w:p>
    <w:p>
      <w:r>
        <w:t>不分专业名额</w:t>
      </w:r>
    </w:p>
    <w:p>
      <w:r>
        <w:t>通过选</w:t>
      </w:r>
    </w:p>
    <w:p>
      <w:r>
        <w:t>14</w:t>
      </w:r>
    </w:p>
    <w:p>
      <w:r>
        <w:t>刘馨月</w:t>
      </w:r>
    </w:p>
    <w:p>
      <w:r>
        <w:t>221240134</w:t>
      </w:r>
    </w:p>
    <w:p>
      <w:r>
        <w:t>安全工程</w:t>
      </w:r>
    </w:p>
    <w:p>
      <w:r>
        <w:t>不分专业名额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