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经济管理学院2026年推免生录取名单-华中农业大学经济管理学院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管理学院2026年推免生录取名单，共65人。拟录取专业包括产业经济学、金融学、数量经济学、会计学、企业管理、技术经济及管理、农业经济管理、会计、农业管理。学习方式均为全日制，录取类别均为非定向就业。总成绩采用百分制。备注中标注了研究生支教团和直博生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总成绩（百分制）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吴佳姚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郑宏运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王筠宇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马春艳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彭雨煊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刘西川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章胜勇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任泓霏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刘盈婧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孜尔克亚·叶尔哈之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毛海欧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徐国宁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姚天娇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刘菁菁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数量经济学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栗艺卓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施龙中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陈治勋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数量经济学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涂涛涛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余雅婷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柳鹏程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吕岑岑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胡伟叶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李蔚亭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吴伟荣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李雅丹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江新峰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吴明盈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李运程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郑本荣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毛启蒙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肖小勇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蒋天娇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韩春晓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白俊杰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池韵佳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马俊巧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谢紫卓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项朝阳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程子莹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技术经济及管理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王正聪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刘钰莹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何玉成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田思思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曹祖毅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杨紫君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胡安妮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倪佳凝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李谷成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付子豪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颜廷武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任怡颖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田小芳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夏春萍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汤丰豪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郝晶辉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李谷成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林卫青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李谷成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颜廷武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李春嵘骞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杨志海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石欣睿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杨福霞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唐越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王玉泽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叶翰辰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刘灵芝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江淼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120301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农业经济管理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罗小锋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余宗哲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王露萌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包晓岚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祁京达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刘灵芝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唐元熙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杨志海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孟艳艳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柴少萌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农业管理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非定向就业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二、指标分配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专业学生人数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专业基础指标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奖励性指标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专业总指标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农林经济管理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经济统计学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人力资源管理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小计：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三、学风建设先进班集体奖励指标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此项奖励指标总数不超过8个，每班不超过2个（含学风建设免试推荐攻读研究生指标）。指标分配以本科生院学风建设先进班集体发文公布名单为准。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说明：获评2022-2023学年学风建设先进班集体因在专业大类不纳入指标奖励之列。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