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西安交通大学医学部护理学系接收2026年推免生预报名通知</w:t>
      </w:r>
    </w:p>
    <w:p>
      <w:pPr>
        <w:spacing w:after="80" w:lineRule="auto" w:line="360"/>
        <w:ind w:firstLine="482"/>
        <w:jc w:val="both"/>
      </w:pPr>
      <w:r>
        <w:rPr>
          <w:rFonts w:ascii="Times New Roman" w:hAnsi="Times New Roman" w:eastAsia="宋体"/>
          <w:b w:val="0"/>
          <w:sz w:val="24"/>
        </w:rPr>
        <w:t>西安交通大学医学部护理学系接收2026年推免生预报名通知。本通知同时涵盖预推免与正式推免流程。</w:t>
      </w:r>
    </w:p>
    <w:p>
      <w:pPr>
        <w:spacing w:after="80" w:lineRule="auto" w:line="360"/>
        <w:ind w:firstLine="482"/>
        <w:jc w:val="both"/>
      </w:pPr>
      <w:r>
        <w:rPr>
          <w:rFonts w:ascii="Times New Roman" w:hAnsi="Times New Roman" w:eastAsia="宋体"/>
          <w:b w:val="0"/>
          <w:sz w:val="24"/>
        </w:rPr>
        <w:t>发布日期（推定）：2025年7月10日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拥护中国共产党的领导，品德良好，遵纪守法，身心健康。</w:t>
      </w:r>
    </w:p>
    <w:p>
      <w:pPr>
        <w:spacing w:after="80" w:lineRule="auto" w:line="360"/>
        <w:ind w:firstLine="482"/>
        <w:jc w:val="both"/>
      </w:pPr>
      <w:r>
        <w:rPr>
          <w:rFonts w:ascii="Times New Roman" w:hAnsi="Times New Roman" w:eastAsia="宋体"/>
          <w:b w:val="0"/>
          <w:sz w:val="24"/>
        </w:rPr>
        <w:t>2. 获得所在学校推荐免试资格的优秀应届本科毕业生。</w:t>
      </w:r>
    </w:p>
    <w:p>
      <w:pPr>
        <w:spacing w:after="80" w:lineRule="auto" w:line="360"/>
        <w:ind w:firstLine="482"/>
        <w:jc w:val="both"/>
      </w:pPr>
      <w:r>
        <w:rPr>
          <w:rFonts w:ascii="Times New Roman" w:hAnsi="Times New Roman" w:eastAsia="宋体"/>
          <w:b w:val="0"/>
          <w:sz w:val="24"/>
        </w:rPr>
        <w:t>3. 对护理学专业有浓厚兴趣，具有较强科研潜力和创新意识。</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申请人须在规定时间内登录西安交通大学研究生招生信息网进行预报名。</w:t>
      </w:r>
    </w:p>
    <w:p>
      <w:pPr>
        <w:spacing w:after="80" w:lineRule="auto" w:line="360"/>
        <w:ind w:firstLine="482"/>
        <w:jc w:val="both"/>
      </w:pPr>
      <w:r>
        <w:rPr>
          <w:rFonts w:ascii="Times New Roman" w:hAnsi="Times New Roman" w:eastAsia="宋体"/>
          <w:b w:val="0"/>
          <w:sz w:val="24"/>
        </w:rPr>
        <w:t>2. 按要求填写个人信息并上传相关材料。</w:t>
      </w:r>
    </w:p>
    <w:p>
      <w:pPr>
        <w:spacing w:after="80" w:lineRule="auto" w:line="360"/>
        <w:ind w:firstLine="482"/>
        <w:jc w:val="both"/>
      </w:pPr>
      <w:r>
        <w:rPr>
          <w:rFonts w:ascii="Times New Roman" w:hAnsi="Times New Roman" w:eastAsia="宋体"/>
          <w:b w:val="0"/>
          <w:sz w:val="24"/>
        </w:rPr>
        <w:t>3. 院系将对申请材料进行审核，择优确定复试名单。</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个人简历及成绩单。</w:t>
      </w:r>
    </w:p>
    <w:p>
      <w:pPr>
        <w:spacing w:after="80" w:lineRule="auto" w:line="360"/>
        <w:ind w:firstLine="482"/>
        <w:jc w:val="both"/>
      </w:pPr>
      <w:r>
        <w:rPr>
          <w:rFonts w:ascii="Times New Roman" w:hAnsi="Times New Roman" w:eastAsia="宋体"/>
          <w:b w:val="0"/>
          <w:sz w:val="24"/>
        </w:rPr>
        <w:t>2. 英语水平证明（如四六级成绩单等）。</w:t>
      </w:r>
    </w:p>
    <w:p>
      <w:pPr>
        <w:spacing w:after="80" w:lineRule="auto" w:line="360"/>
        <w:ind w:firstLine="482"/>
        <w:jc w:val="both"/>
      </w:pPr>
      <w:r>
        <w:rPr>
          <w:rFonts w:ascii="Times New Roman" w:hAnsi="Times New Roman" w:eastAsia="宋体"/>
          <w:b w:val="0"/>
          <w:sz w:val="24"/>
        </w:rPr>
        <w:t>3. 其他能证明本人学术水平和能力的材料。</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预报名时间：以西安交通大学研究生招生信息网公布为准。</w:t>
      </w:r>
    </w:p>
    <w:p>
      <w:pPr>
        <w:spacing w:after="80" w:lineRule="auto" w:line="360"/>
        <w:ind w:firstLine="482"/>
        <w:jc w:val="both"/>
      </w:pPr>
      <w:r>
        <w:rPr>
          <w:rFonts w:ascii="Times New Roman" w:hAnsi="Times New Roman" w:eastAsia="宋体"/>
          <w:b w:val="0"/>
          <w:sz w:val="24"/>
        </w:rPr>
        <w:t>2. 复试时间及安排另行通知。</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联系邮箱：护理学系办公邮箱（详见学院官网）。</w:t>
      </w:r>
    </w:p>
    <w:p>
      <w:pPr>
        <w:spacing w:after="80" w:lineRule="auto" w:line="360"/>
        <w:ind w:firstLine="482"/>
        <w:jc w:val="both"/>
      </w:pPr>
      <w:r>
        <w:rPr>
          <w:rFonts w:ascii="Times New Roman" w:hAnsi="Times New Roman" w:eastAsia="宋体"/>
          <w:b w:val="0"/>
          <w:sz w:val="24"/>
        </w:rPr>
        <w:t>2. 联系电话：详见学院官网。</w:t>
      </w:r>
    </w:p>
    <w:p>
      <w:pPr>
        <w:spacing w:after="80" w:lineRule="auto" w:line="360"/>
        <w:ind w:firstLine="482"/>
        <w:jc w:val="both"/>
      </w:pPr>
      <w:r>
        <w:rPr>
          <w:rFonts w:ascii="Times New Roman" w:hAnsi="Times New Roman" w:eastAsia="宋体"/>
          <w:b w:val="0"/>
          <w:sz w:val="24"/>
        </w:rPr>
        <w:t>3. 学院网址：http://nursing.xjtu.edu.cn/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