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南方科技大学2026级推免生（含直博生）拟录取名单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南方科技大学2026级推免生（含直博生）拟录取名单。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九、材料科学与工程系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材料科学与工程（080500），录取类别均为硕士，共41人：董易鸣、方俊、高晓明、龚奕涵、贺雅楠、黄迪、黄健伟、黄校英、贾云婷、蓝佳曼、李经韬、李沁懿、李奕可、李英杰、李莹、李毓源、刘广荣、刘吉达、刘泰来、刘新宇、罗舒扬、麦浩婷、彭代钟、曲其壮、任卓航、史宸语、孙传玺、孙方一、谭树煌、王安知、吴搏扬、吴琦美、吴志翔、夏倪、熊承峰、徐汉宇、徐昕宁、闫承泽、闫艺媛、姚超凡、张鸿堽、张毅帆、张子贤、章程锦、赵浩然、赵梦媛、赵一嵘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材料与化工（085600），工程硕博士专项，共12人：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硕士7人：邓皞程、杜佳浩、樊友康、林子淳、秦圣凡、张晨曦、郑双成；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直博生5人：黄宸、罗思敏、蒙德凤、汤嘉恒、杨浩楠。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十、商学院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管理科学与工程（120100），录取类别均为硕士，共12人：胡叶锦轩、李俊宏、李玉、林子涵、刘晓阳、毛柯杰、覃奕颖、肖涵曦、许正宇、杨宜婷、张昊飞、钟煜基。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金融（025100），录取类别均为硕士，共20人：白舒媛、陈羽林、程璐、董万昌、郭翔冲、韩佳夏、姜昱丞、李博然、李可轩、梁福炎、彭兆阳、皮宇、任思妤、邵俊鹏、孙沐妍、文玺荧、张诗悦、章文翰、郑妙心、郑玥坤、庄熙文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七、环境科学与工程学院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环境科学与工程（083000），录取类别均为硕士，共36人：陈宝妮、陈燕、陈钰炫、陈智豪、戴锐、杜婉瑄、甘欣玉、高子淇、黄晓琪、李佳晨、李江海、李科、林佳敏、刘天赐、刘鑫、罗载扬、苗子凡、欧荣、齐国琳、上官立昕、孙铠璐、孙一涵、王淇、王翕、王玥、魏健莹、魏欣怡、吴棋焯、吴昱萱、谢豪杰、徐凯丽、杨成、杨经纬、杨馨澜、姚童宇、原茵、张妙英、张皖秋、郑玮、周璇、邹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资源与环境（085700），录取类别为硕士，共2人：龚弘、冷阔。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董易鸣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4104****553X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3301****2719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高晓明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1309****261X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龚奕涵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1306****1527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贺雅楠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1501****3620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4401****0042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黄健伟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4419****3012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黄校英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4401****4217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贾云婷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2101****3621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蓝佳曼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4452****2468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李经韬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4310****0017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李沁懿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4311****009X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李奕可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4403****6714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李英杰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5110****8797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4313****0283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李毓源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4401****335X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刘广荣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4509****3212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刘吉达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4310****6217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刘泰来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2201****0215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刘新宇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4302****0048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罗舒扬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4508****1979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麦浩婷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4453****332X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彭代钟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5226****401X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曲其壮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3715****5337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任卓航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3407****1018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史宸语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4310****4567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孙传玺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1311****6019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孙方一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3715****0051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谭树煌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3607****6412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王安知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5001****7514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吴搏扬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3604****7614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吴琦美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5113****0325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吴志翔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4310****0078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4307****0103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熊承峰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3601****4511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徐汉宇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4309****3910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徐昕宁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4301****1723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闫承泽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4101****0054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闫艺媛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4205****2229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姚超凡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4210****1025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张鸿堽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5111****2552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张毅帆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4301****8678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张子贤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4405****5115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章程锦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3601****5735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赵浩然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4305****8474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赵梦媛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3708****5223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赵一嵘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4203****2410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邓皞程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4401****0032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杜佳浩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1304****7512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樊友康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3604****0017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林子淳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4405****4819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秦圣凡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4503****2719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张晨曦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4290****405X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郑双成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4408****0054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4115****0016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罗思敏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4301****7939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蒙德凤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4503****2421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汤嘉恒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3504****6012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杨浩楠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4114****8034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胡叶锦轩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3303****5729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李俊宏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5002****543X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4452****6243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林子涵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3508****0536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刘晓阳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4416****4173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毛柯杰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5101****7735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覃奕颖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4501****302X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肖涵曦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2208****0916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许正宇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3411****4055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杨宜婷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4202****0825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张昊飞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3712****0313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钟煜基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4414****0614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白舒媛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4601****1321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陈羽林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4401****6916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4403****0064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董万昌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3303****2010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郭翔冲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4205****0016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韩佳夏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4114****104X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姜昱丞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6101****0517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李博然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4403****771X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李可轩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3603****1049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梁福炎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3715****4433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彭兆阳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4301****0712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皮宇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4307****0081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任思妤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4304****0326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邵俊鹏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4418****0010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孙沐妍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3714****3542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文玺荧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4403****4527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张诗悦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4502****0725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章文翰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3601****2214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郑妙心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6205****002X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郑玥坤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2206****0281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庄熙文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4408****1213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陈宝妮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6501****282X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4505****6143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陈钰炫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4401****4820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陈智豪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4304****0015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4301****2923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杜婉瑄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4313****0122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甘欣玉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3609****5045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高子淇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1401****194X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黄晓琪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4451****142X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1311****4415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李江海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3603****0538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南方科技大学2026级推免生（含直博生）拟录取名单，涵盖环境科学与工程学院、海洋科学与工程系、力学与航空航天工程系、机械与能源工程系、计算机科学与工程系。录取类别分为硕士与直博生，备注中标注“工程硕博士专项”“国优计划”等专项计划。证件号码按原文脱敏格式保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九、环境科学与工程学院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张妙英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4452****1824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张皖秋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5001****2693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3509****0053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5120****3265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4313****0346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龚弘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3605****7139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冷阔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3717****061X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资源与环境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王子聪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4113****0091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资源与环境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奚杨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2101****3227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资源与环境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张士状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4113****4532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资源与环境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张腾蛟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4109****3033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资源与环境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4601****1827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资源与环境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蒋若琳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3505****5522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十、海洋科学与工程系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3504****0016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0708Z1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海洋地球物理学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刘虎益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5306****0553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0708Z1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海洋地球物理学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王彦洁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4108****0027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0708Z1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海洋地球物理学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何丽珍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3607****3521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林曈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3706****0021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邹炘志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3609****6812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肖梦楠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4101****0065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曹铮阁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1302****2312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邓佳楠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5116****3413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4420****2595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3209****1975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汪刘阳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4302****7213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黎生菜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3607****0082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李方乐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3424****5827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钟子傲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4504****0012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王铭杰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3306****5918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七、力学与航空航天工程系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吕彩茹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4417****462X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低空技术与工程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戚洺硕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3203****0218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低空技术与工程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徐嫚琦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4416****296X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低空技术与工程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常伟琦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1310****1232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韩嘉茗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4312****0036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刘灵军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3603****4773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苏凌欣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3603****2024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许文科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3712****1211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钟嘉俊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4401****3331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白航雨帆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2101****5318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陈雨果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4201****0446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付宛昕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3601****0022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郭天瑞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3303****0236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郝芮莹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2107****1720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洪汀渊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4601****2711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侯如海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6101****3552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蓝景豪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4503****0012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乐晶琳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3602****0025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4305****5818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李玮航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1401****0836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廖晓松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3607****8612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林幸仪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4452****4922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林怡含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4415****4285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凌欣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3607****4319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刘宸睿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4209****2014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刘海航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4415****6793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刘一进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4403****2619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区锦俊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4407****1518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王菁仪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4206****0025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王泽鹏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1409****0152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卫舒丽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4211****2025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武潇俊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4103****3013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于善飞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3701****173X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余奕翰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3623****0057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袁正威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3609****2618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4311****0196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周奕君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4312****0020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黄宇鑫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4201****3650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力学与航空航天工程系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八、机械与能源工程系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曾梓妍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4451****4264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陈重晓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4409****6292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陈壮嘉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4405****0718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范昊杰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4405****6038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管文煜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3707****201X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郭宇航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4310****1535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李昱霖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4414****1574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秦志强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3416****1510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汤新宇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3607****2411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涂思敏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4405****3584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王文帅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4105****0030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张锦泽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4105****0076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3412****8170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朱田波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4114****3312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2113****001X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孙乐妍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4201****1025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唐远东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4308****3113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滕灿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4331****1522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田雨薇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4206****0546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叶永恩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4401****5634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袁学辉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4401****1714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蔡文钰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4418****7441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曹子昂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3601****6010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曾嘉乐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4305****3368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陈弘斌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6542****0718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陈嘉祺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3310****4478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都书洋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3707****1814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杜天佑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4305****0713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冯佳敏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3609****041X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何贤勇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4408****3930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胡美棋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3610****3510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4304****0032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黄芷瑜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4401****6526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阚程驰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4113****2337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李威毅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4452****185X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4405****8515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刘学杪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3424****0910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刘志超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1301****5517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马瀚卿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2201****4611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宁文菲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4418****6928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牛豫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2110****0115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孙皓天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4403****1531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王海潮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4403****8215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王志远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4113****0053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机械与能源工程系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王梓淳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3712****6818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南方科技大学2026级推免生（含直博生）拟录取名单，涉及计算机科学与工程系、生物医学工程系、地球与空间科学系、创新创业学院、医学院共5个院系，录取类别分为硕士和直博生，备注含国优计划、工程硕博士专项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九、计算机科学与工程系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硕士（专业代码081200，专业名称计算机科学与技术），共47人：边越、陈乐祺（国优计划）、陈泽南、丁昊天、方磊、冯秋皓、冯照航、冯梓桐、龚浚哲、何佳轩、何林翰（国优计划）、孔智泉、李昊东、李嘉霖、林易成、刘洪玮（国优计划）、刘一凡、路广辉、秦恺通、舒飏（国优计划）、苏宇清、谭静（国优计划）、田文涛、涂峻绫、汪汇、汪鑫、王玺华、王奕非、王赵融杰、王梓硕、温云翔（国优计划）、吴同馨、徐东（国优计划）、徐剑儒、袁龙（国优计划）、张倍诚、张超、张柬禾、张声涛、张天奕、张梓帆、章恒谦、赵子悦、钟林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直博生（专业代码085400，专业名称电子信息，备注工程硕博士专项），共4人：蔡骐骏、陈峙安、吴思锐、于斯瑶。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直博生（专业代码081200，专业名称计算机科学与技术），共3人：李容川、李奕含、欧阳文柯。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十、生物医学工程系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硕士（专业代码085400，专业名称电子信息），共13人：蔡宗烨、陈涵、陈思彤（工程硕博士专项）、陈奕欢、何紫阳、胡艺欣（工程硕博士专项）、黄悦蓁、林丛榕、林钰贵（工程硕博士专项）、刘泽楠、唐仁义、王诗为、杨俊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硕士（专业代码083100，专业名称生物医学工程），共27人：陈超盛、陈慧敏、陈佳博、谷雨晴、关依林、何晓伟、黄霭淘、林思明、刘炫威、刘彦彤、马铭宣、苏诗越、覃子易、汤舒婧、田佰灵、王亦煊、谢骁健、徐杰、徐致远、杨思齐、叶宸麟、叶紫桐、殷睿昕、苑长琦、赵敏轩、郑琦、朱耿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硕士（专业代码086000，专业名称生物与医药），共4人：黄晓晴、李梦如、罗雪、马嘉豪。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七、地球与空间科学系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硕士（专业代码070800，专业名称地球物理学），共20人：白晨熹、曹春潮、樊佳璐、冯志远、关植文、贺明淏、林心悦、林壹、刘佳庚、刘依水、罗煌安、沈昶任、粟朗诺、谭华强、魏煜、温利泉、杨明勇、张嘉伟、张泉怡、张善宁、周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硕士（专业代码085400，专业名称电子信息，备注工程硕博士专项），共2人：康家乐、罗雨涵。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直博生（专业代码070800，专业名称地球物理学），共1人：简迅。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八、创新创业学院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硕士（专业代码085600，专业名称材料与化工），共7人：范佳伟、郭亚玲、黄子锐、史国帅（工程硕博士专项）、谭正鑫、吴晨、赵琪（工程硕博士专项）。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硕士（专业代码085400，专业名称电子信息），共2人：高宇辰、李路田。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五、医学院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硕士（专业代码105100，专业名称临床医学），共5人：丁开、付善妮、蒋妮真、刘敏琪、潘莉莉。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六、名单明细表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边越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1307****6027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陈乐祺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4405****5563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陈泽南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4403****2793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丁昊天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4402****6419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4306****0134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冯秋皓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4310****0512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冯照航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3303****0050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冯梓桐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5101****0099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龚浚哲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4401****4512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何佳轩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3625****0038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何林翰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4521****0018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孔智泉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4106****0014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李昊东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3303****3617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李嘉霖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4113****3015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林易成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3311****0010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刘洪玮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1101****151X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刘一凡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3702****8636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路广辉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3715****0719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秦恺通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4102****0030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舒飏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3308****501X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苏宇清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4311****0077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4412****5220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田文涛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5203****0071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涂峻绫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5115****0018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3101****9032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3606****9017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王玺华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2102****2218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王奕非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4201****5518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王赵融杰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4301****1057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王梓硕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2110****2011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温云翔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1502****0013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吴同馨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3401****3027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4601****1513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徐剑儒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3303****7910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2224****5210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张倍诚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1427****1611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4115****6012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张柬禾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3713****1616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张声涛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3509****0054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张天奕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3201****3659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张梓帆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4405****2632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章恒谦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3418****401X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赵子悦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4301****051X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钟林然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5330****0348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蔡骐骏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5117****0017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陈峙安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3201****0019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吴思锐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5101****005X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于斯瑶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1502****0924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李容川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3701****4935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李奕含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1101****541X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欧阳文柯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5001****7012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蔡宗烨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5222****0414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3303****631X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陈思彤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4109****0104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陈奕欢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4452****1314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何紫阳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4213****4229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胡艺欣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3605****0461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黄悦蓁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4301****0022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林丛榕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3303****0025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林钰贵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4405****221X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刘泽楠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3506****7233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唐仁义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4106****101X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王诗为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2111****2310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杨俊宝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4452****5016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陈超盛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4412****7037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陈慧敏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4452****3068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4451****4535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谷雨晴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1502****2742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关依林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3708****0049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何晓伟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4115****0032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黄霭淘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4401****6625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林思明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4401****2310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刘炫威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4407****3012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刘彦彤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1411****0086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马铭宣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1301****7616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苏诗越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2101****401X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覃子易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5301****0319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汤舒婧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3206****1229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田佰灵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1307****562X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王亦煊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4108****0115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谢骁健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3507****0812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3201****5658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徐致远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3401****2616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杨思齐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3501****1600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叶宸麟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3310****5914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叶紫桐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4407****6021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殷睿昕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4406****344X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苑长琦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1305****6931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赵敏轩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4412****3579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4403****0013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朱耿岚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3508****0035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黄晓晴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南方科技大学2026级推免生（含直博生）拟录取名单，涵盖创新创业学院、医学院、深港微电子学院、自动化与智能制造学院、统计与数据科学系等院系，录取类别分为硕士与直博生，部分备注为工程硕博士专项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九、创新创业学院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赵琪，证件号码5106****8328，硕士，专业代码085600，材料与化工，工程硕博士专项。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高宇辰，证件号码4414****1018，硕士，专业代码085400，电子信息。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李路田，证件号码1304****5413，硕士，专业代码085400，电子信息。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十、医学院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临床医学（105100）硕士：丁开（4309****811X）、付善妮（4203****0069）、蒋妮真（5117****0040）、刘敏琪（1411****0141）、潘莉莉（4409****684X）、谭文洁（4103****4520）、杨甜甜（4305****100X）、张川婷（5224****5280）。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生物学（071000）硕士：曾诗诗（4212****4727）、陈欣婷（4452****0026）、程堉（4111****0164）、崔皓涵（4401****1511）、翟武迪（3713****2112）、范义浩（3601****8738）、冯煜桐（4401****7222）、符爱涌（1406****4522）、付敏（6224****1227）、何欣颖（4503****1226）、何应辉（4228****0437）、贺玟萱（3604****1144）、黄镕杰（4405****1319）、黄文倩（5109****0287）、贾新颖（4105****0101）、李华婷（4408****1925）、李全全（4290****5115）、李翔宇（4116****1217）、李小能（4416****3315）、李瑶（4402****5320）、梁妍越（1410****0189）、林鹭媛（3506****1106）、林梓达（4451****5657）、刘舒琪（3624****0022）、罗裔宵（4402****4012）、覃炎烽（4210****8818）、田帆（4331****0045）、汪子怡（4210****5365）、吴芊慧（4408****0624）、谢佳慧（4113****2543）、杨心怡（4408****3228）、姚博文（4307****0079）、叶恒延（4507****092X）、余施妍（4406****4224）、虞雅婷（4301****1027）、岳睿敏（4305****4528）、张佳敏（6227****0026）、张仁侠（3622****0513）、张庭瑞（3207****0014）、张滢月（1410****0045）、张原浦（4111****0212）、郑瑾禧（4452****5928）、周柳宏（4401****6723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生物与医药（086000）硕士：胡若怡（3508****1548），工程硕博士专项。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直博生：尹宇涛（4105****9750），临床医学（100200）；王紫璐（1502****3922），生物学（071000）；郑涵予（4405****0628），生物学（071000）。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七、深港微电子学院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集成电路工程（085403）硕士：安馨（4209****4226）、丁宇轩（2102****6016）、范荣佳（4405****1312）、梁瑞健（4409****2013）、梁小龙（1527****0315）、刘圳钰（4108****0142）、罗通宇（4408****1814）、王意铭（3209****8317）、于勃锐（3701****5877）、张业淋（4417****3317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集成电路科学与工程（087300）硕士：曹致远（4407****6915）、曾伟勋（4402****2614）、陈倩（3303****6108）、郭一凡（4105****0182）、黄郅钦（5201****5418）、李轩宇（4403****1515）、李奕萱（3708****1121）、廖黄荪（4526****0718）、刘慧英（4105****014X）、刘骁（2201****0613）、刘玉标（4109****0619）、庞瑜耿（4509****6095）、唐浩天（5101****0016）、陶昕阳（1304****301X）、汪子睿（3407****0014）、吴永福（3717****3992）、邢孙鹏贺（1301****5730）、杨淋渊（5104****5518）、姚弈舟（5110****004X）、游明博（3506****403X）、张拓元（4403****4817）、张扬（5134****0633）、郑思源（3303****4338）、钟兴华（4401****1535）、邹仲煊（4414****6034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电子信息（085400）直博生（工程硕博士专项）：李明亮（3607****1251）、林正予（3624****3033）、姚宇铭（4405****0018）、张天宇（3401****1516）。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集成电路科学与工程（087300）直博生：冯建哲（3715****5231）、刘光夏（3710****0052）。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八、自动化与智能制造学院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电子信息（085400）硕士（工程硕博士专项）：曾焕明（4451****7317）、胡翰泓（4452****0019）。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工业设计工程（085507）硕士：廖俊哲（4301****3015）、柳秦璇（3602****652X）、孙点点（3710****8821）、吴尚鸿（4409****1411）、赵珮岑（5201****1621）。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控制科学与工程（081100）硕士：曾柏霖（4409****5713）、曾昶文（4402****0015）、陈维瑞（3504****0012）、陈子若（4114****1848）、陈尊佳（4405****4632）、丁若愚（5001****3841）、董瑞麟（4301****0312）、冯靖深（4409****0758）、高鼎凯（1424****0037）、龚子利（4401****405X）、李硕（2301****4810）、林恒毅（4416****0470）、刘清影（4309****5421）、刘天行（2101****1839）、刘心刚（4406****4314）、刘洵（4406****009X）、吕岑玥（3306****1687）、石岩松（1306****0016）、石易平（2107****3816）、万力行（5101****6456）、王昀筱（4103****7538）、吴丰杨（4403****6918）、谢耀纬（5107****9355）、有擎翰（4206****2918）、张楷雨（4409****7333）、张天翼（1307****0638）、郑圆浩（3303****3010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电子信息（085400）直博生（工程硕博士专项）：林伟浩（4408****291X）、王博彬（4503****2511）。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控制科学与工程（081100）直博生：翟新宇（3205****4516）、熊宏伟（4115****5138）。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五、统计与数据科学系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计算机科学与技术（081200）硕士：蔡立焜（4415****273X）、刘锦达（4416****4413）、申家豪（5301****2613）、徐锦焜（证件号码未完整显示）。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六、名单表格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5106****8328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创新创业学院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高宇辰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4414****1018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创新创业学院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李路田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1304****5413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创新创业学院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4309****811X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付善妮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4203****0069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蒋妮真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5117****0040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刘敏琪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1411****0141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潘莉莉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4409****684X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谭文洁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4103****4520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杨甜甜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4305****100X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张川婷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5224****5280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曾诗诗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4212****4727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陈欣婷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4452****0026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4111****0164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崔皓涵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4401****1511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翟武迪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3713****2112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范义浩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3601****8738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冯煜桐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4401****7222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符爱涌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1406****4522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6224****1227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何欣颖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4503****1226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何应辉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4228****0437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贺玟萱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3604****1144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黄镕杰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4405****1319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黄文倩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5109****0287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贾新颖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4105****0101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李华婷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4408****1925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李全全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4290****5115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李翔宇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4116****1217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李小能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4416****3315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4402****5320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梁妍越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1410****0189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林鹭媛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3506****1106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林梓达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4451****5657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刘舒琪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3624****0022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罗裔宵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4402****4012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覃炎烽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4210****8818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4331****0045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汪子怡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4210****5365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吴芊慧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4408****0624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谢佳慧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4113****2543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杨心怡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4408****3228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姚博文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4307****0079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叶恒延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4507****092X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余施妍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4406****4224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虞雅婷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4301****1027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岳睿敏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4305****4528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张佳敏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6227****0026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张仁侠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3622****0513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张庭瑞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3207****0014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张滢月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1410****0045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张原浦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4111****0212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郑瑾禧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4452****5928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周柳宏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4401****6723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胡若怡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3508****1548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尹宇涛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4105****9750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临床医学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王紫璐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1502****3922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郑涵予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4405****0628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4209****4226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丁宇轩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2102****6016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范荣佳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4405****1312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梁瑞健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4409****2013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梁小龙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1527****0315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刘圳钰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4108****0142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罗通宇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4408****1814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王意铭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3209****8317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于勃锐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3701****5877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张业淋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4417****3317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曹致远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4407****6915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曾伟勋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4402****2614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3303****6108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郭一凡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4105****0182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黄郅钦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5201****5418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李轩宇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4403****1515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李奕萱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3708****1121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深港微电子学院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087300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集成电路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本段为南方科技大学2026级推免生（含直博生）拟录取名单的一部分，共涉及拟录取学生 100 人。录取类别分为硕士与直博生两类，录取院系包括自动化与智能制造学院、统计与数据科学系、创新创意设计学院、公共卫生及应急管理学院、国家卓越工程师学院。录取专业涵盖电子信息、控制科学与工程、计算机科学与技术、数学、工业设计工程、智能制造与机器人、管理科学与工程、生物学、生物医学工程、生物与医药、材料与化工、机械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九、自动化与智能制造学院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直博生：王博彬（电子信息，工程硕博士专项）、翟新宇（电子信息，工程硕博士专项）、熊宏伟（控制科学与工程）、蔡立焜（控制科学与工程）。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十、统计与数据科学系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硕士：刘锦达、申家豪、徐锦焜、徐璇喆、曾扬焰（均为计算机科学与技术）；冯乐瑶、孔令旭、刘俊贤、刘肇凯、罗嘉丽、彭雨欣、邵研、王伟、杨倩羽、张欣雨（均为数学）。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直博生：刘小寒、杨璐祯、付垚（均为计算机科学与技术）；童禹昂、刘涵月（均为数学）。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七、创新创意设计学院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硕士：牛文可、任蕊婷、施汀、许跃骞、张桂萌、周文皓（均为工业设计工程）；陈小川、董廷霄、史卓宇、徐襄（均为计算机科学与技术）；高雅、吕俊纬（均为智能制造与机器人）。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八、公共卫生及应急管理学院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硕士：陶秋凤、王贤慧（均为管理科学与工程）；宾萱、陈子妍、宋美莹、王宇颖、郑学斌、邹江晖、邹语欣（均为生物学）；梁恩琦、闫静文、杨猛（均为生物医学工程）；孙灿（生物与医药）。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五、国家卓越工程师学院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硕士：蔡琦峰、崔田枫、黄建铭（均为材料与化工）；陈灿阳、陈麒为、陈涛虞、成佳磊、邓万果、冯俊玮、郭厚君、黄烁韩、姜子琪、李嘉言、李志天、林山小、林绍阳、刘炜坚、刘宇舟、卢坤标、卢依芳、马圣钧、缪韵诗、聂家政、戚起宁、齐奥、裘成虎、史高圆、苏睿熹、王硕涵、温锦松、谢雨欣、徐一恒、杨泽栋、张喆烨、张铸、周杰、周子恒、周子善、朱国泰、朱泽洋（均为电子信息）；曹钧尧、刘天、马世方、王传治、王陶然、王武恒、王一梁、王者也（均为机械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直博生：李明达、王怡敏、张和平（均为材料与化工）；卢海滨、吴嘉铭、周佳涛（均为电子信息）；徐菡阳（机械）。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六、拟录取名单明细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王博彬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4503****2511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翟新宇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3205****4516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熊宏伟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4115****5138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蔡立焜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4415****273X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自动化与智能制造学院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刘锦达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4416****4413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申家豪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5301****2613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徐锦焜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3302****2012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徐璇喆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3702****3030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曾扬焰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4313****0070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冯乐瑶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4404****9161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孔令旭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3210****5254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刘俊贤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5223****0417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刘肇凯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3702****0912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罗嘉丽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4412****2821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彭雨欣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4301****3242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4201****1017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3303****2014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杨倩羽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3210****0846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张欣雨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4105****0020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刘小寒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1301****5112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杨璐祯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1304****0043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5321****1762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童禹昂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4302****0091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统计与数据科学系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刘涵月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1310****0526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创新创意设计学院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牛文可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4101****0087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创新创意设计学院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任蕊婷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5101****2529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创新创意设计学院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施汀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3204****4123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创新创意设计学院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许跃骞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4101****0257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创新创意设计学院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张桂萌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4408****2924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创新创意设计学院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周文皓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3702****0021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创新创意设计学院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陈小川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4403****1311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创新创意设计学院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董廷霄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3705****0036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创新创意设计学院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史卓宇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1304****0617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创新创意设计学院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徐襄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4201****6627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创新创意设计学院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4301****3328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创新创意设计学院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吕俊纬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6101****3515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创新创意设计学院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0801Z1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智能制造与机器人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陶秋凤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4304****0266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公共卫生及应急管理学院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王贤慧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5105****8029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公共卫生及应急管理学院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宾萱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4303****0024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公共卫生及应急管理学院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陈子妍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4405****0026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公共卫生及应急管理学院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宋美莹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2103****3120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公共卫生及应急管理学院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王宇颖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4409****4083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公共卫生及应急管理学院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郑学斌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4405****4114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公共卫生及应急管理学院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邹江晖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4406****0011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公共卫生及应急管理学院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邹语欣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4403****1328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公共卫生及应急管理学院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梁恩琦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4509****1264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公共卫生及应急管理学院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闫静文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3416****0643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公共卫生及应急管理学院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4306****0156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公共卫生及应急管理学院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4201****5521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公共卫生及应急管理学院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蔡琦峰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3310****9318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崔田枫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4210****2935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黄建铭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4404****9092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陈灿阳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4451****4813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陈麒为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4301****1016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陈涛虞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4521****3137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成佳磊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1306****2278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邓万果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4412****5735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冯俊玮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4417****1716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郭厚君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4307****017X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黄烁韩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4405****0015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姜子琪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3207****0515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李嘉言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4403****0021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李志天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3303****0959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林山小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4403****0412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林绍阳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3505****0012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刘炜坚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4414****0970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刘宇舟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4302****051X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卢坤标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4452****4919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卢依芳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4419****658X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马圣钧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4526****0011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缪韵诗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6101****1625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聂家政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3717****5754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戚起宁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4505****8752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3402****0670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裘成虎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4115****0016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史高圆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3407****5423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苏睿熹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4451****1934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王硕涵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3710****9317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温锦松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3607****2915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谢雨欣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1304****2712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徐一恒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1305****0554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杨泽栋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4201****2414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张喆烨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5111****0015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3414****4416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3405****5217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周子恒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4201****121X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周子善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4304****0497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朱国泰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3717****2415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朱泽洋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4503****0024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曹钧尧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4202****0419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4304****0755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马世方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3506****4535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王传治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5104****4317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王陶然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1301****0332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王武恒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5201****0410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王一梁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3207****0039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王者也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3601****481X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李明达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2101****4634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王怡敏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4310****5760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张和平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4107****191X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卢海滨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3701****5756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吴嘉铭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3717****5374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九、拟录取名单概况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为南方科技大学2026级推免生（含直博生）拟录取名单，涵盖国家卓越工程师学院、数学系、物理系、化学系、生命科学学院、电子与电气工程系等院系，录取类别分为硕士与直博生，部分考生备注为“国优计划”或“工程硕博士专项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十、各院系拟录取明细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国家卓越工程师学院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李明达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2101****4634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王怡敏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4310****5760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张和平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4107****191X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卢海滨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3701****5756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吴嘉铭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3717****5374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周佳涛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3714****1577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徐菡阳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5111****0015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国家卓越工程师学院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数学系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柴浩博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3705****0038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陈海杜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4453****3717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陈浩阳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4407****3915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程锦睿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4201****8417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3604****0059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邓栋元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4527****271X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冯松宇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3310****0151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干俊涵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3412****083X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龚相宇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5001****0216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龚佑康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3205****3811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华万皓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3202****0416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黄启睿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4401****2410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3607****7033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黄一夫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4413****3618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金仁良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3303****0857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李健彬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4419****0910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李力涛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4401****3314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刘东航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2101****5513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卢启睿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4401****2314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潘韦烨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4413****6923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邱俊晰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4403****8119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沙天伟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3405****021X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沈博翰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3301****401X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谭文瀚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4201****5019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唐祎亮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4303****0173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陶徐添石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3205****1713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涂峻旗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5115****0077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王海粼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5001****0653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韦媛元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4420****0046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魏基宁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3703****1011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吴福城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3303****3318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应浩然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3310****0078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李晶阳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5117****2018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李明昊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6541****1199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吕康禾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5332****0033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王秉鑫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2201****2110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物理系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蔡心如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4409****4328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陈沛安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3307****0019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初沣朔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2301****4513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1301****061X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邓永舜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3703****1712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董文庆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3623****2412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段宗辰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3701****7712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范修豪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5107****0758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高茂林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4309****8117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韩子康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4104****5571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胡培真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4452****1888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李航宇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4304****0071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4110****4032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刘恭文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4304****0033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刘奕婷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5301****2721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卢盛平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4310****521X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罗逸航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4209****2430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茆宇浩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3401****7695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潘培杰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4416****4710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曲晓飞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1305****3910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佘天健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4405****4619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谭永钦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4453****1771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王晟戎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4418****8512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王登昱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1401****351X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王一鑫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6205****0412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王子龙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1427****3315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吴嘉怡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4301****1020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伍冬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5139****7063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熊壬正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4207****0190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许舒菲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4600****7027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张宝心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4403****2745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张海钰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4313****0090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卓哲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3623****1632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王子轩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3301****2612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化学系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蔡子嫣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3607****0044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曾欣雨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4115****2124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陈昊天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3401****1091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陈乐辉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4452****301X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4107****592X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陈文静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3408****7224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5001****8325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陈晓睿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4211****582X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陈晓煜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3703****7620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2110****7822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陈志远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4203****2010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5113****0710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戴易川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4401****1855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3610****0040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丁宇俊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3622****0036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杜文滔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4409****3416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冯羽飞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3625****0613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4307****0015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胡佩伶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5002****1004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胡湘林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4307****0105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胡雪如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4306****0081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3401****6015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黄依芸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4209****8920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黄泳斌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4401****0313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李姝慧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4304****0129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2302****2523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4405****7129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梁至弘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4401****0010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4201****3515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凌佳鑫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1302****0646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刘嘉懿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3601****1426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3412****1530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刘星雨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4303****0024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刘雨桐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4600****7425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卢为炜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4405****0014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鲁茸拉姆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5334****1524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麻青青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3306****162X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牟烁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2312****0076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年子丰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3413****0610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彭向博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4312****0054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秦玲鸥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5133****0029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邱图权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4524****4215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全玉琳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5109****2368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阮德彪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3408****483X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汤文康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4306****0013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3417****5037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5002****4259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王敬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3508****0424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韦文静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本段为南方科技大学2026级推免生（含直博生）拟录取名单，涉及电子与电气工程系、材料科学与工程系。录取类别分为硕士、直博生两类。本段共整理拟录取人员 51 人，其中硕士 43 人、直博生 8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十、电子与电气工程系拟录取名单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080900 电子科学与技术专业，录取类别均为硕士，共 25 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洪泉生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3623****7134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黄嘉洛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4407****0011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雷天永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4228****1541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李飞燕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3607****4542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李家锐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4407****6618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林锦涛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3505****3773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林芷晴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4407****2528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刘凤娇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4116****3742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刘廷楷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4405****3114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隆行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4301****0014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卢鸿志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4202****4911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吕子轩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1410****015X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3212****0412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孙杨洋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4403****6719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唐易凤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4312****0203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王莫涵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3707****426X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王帅迪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4103****8573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韦逸鑫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4509****0729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5115****1418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3505****4019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张文欣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4408****0341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张莹莹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5109****4821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周泓骏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4401****4218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周志赋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4521****301X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蔡世豪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4409****0554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085400 电子信息专业，录取类别为硕士，共 18 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陈力恺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4301****3615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冯健君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4407****4811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4312****0033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黎晋栩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4419****1358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1411****0122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李钇漳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4307****0139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彭诗桐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3504****1029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王楠渝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4403****0034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2301****4017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吴宗洋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5201****6710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伍悦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4301****4042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高珩珺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1309****6519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江子晗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3407****4023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康瑛凯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4409****0833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刘子洋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3702****4911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卢君妍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4406****2645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王春林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4403****1210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赵威强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4105****019X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3713****0018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七、材料科学与工程系拟录取名单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080500 材料科学与工程专业，录取类别均为硕士，共 3 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4405****6325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陈铭容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3505****4526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邓诗妍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4311****0081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八、统计汇总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电子与电气工程系：080900 电子科学与技术硕士 25 人；085400 电子信息硕士 11 人、直博生 8 人，合计 19 人；该系合计 44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材料科学与工程系：080500 材料科学与工程硕士 3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全段合计：硕士 43 人、直博生 8 人，共 51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备注为“工程硕博士专项”的共 11 人，其中硕士 3 人、直博生 8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本段内容未包含排名或评分方式、公示期信息。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电子与电气工程系（专业：085400 电子信息，专项：硕博士专项）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卢君妍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4406****2645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王春林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4403****1210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赵威强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4105****019X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朱翔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3713****0018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材料科学与工程系（专业：080500 材料科学与工程）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陈佳玲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4405****6325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陈铭容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3505****4526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邓诗妍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4311****0081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十、人数统计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电子与电气工程系：4 人（直博生 4 人）。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材料科学与工程系：3 人（硕士 3 人）。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合计：7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本段共涉及 7 人，均为电子信息工程硕博士专项或材料科学与工程专业拟录取人员。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专业与学院明细如下：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卢君妍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4406****2645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王春林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4403****1210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赵威强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4105****019X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3713****0018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4405****6325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陈铭容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3505****4526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邓诗妍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4311****0081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十、统计汇总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直博生 4 人，均为电子与电气工程系 085400 电子信息工程硕博士专项。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硕士 3 人，均为材料科学与工程系 080500 材料科学与工程。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本段未包含排名或评分方式、公示期信息。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九、推免拟录取名单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电子信息工程硕博士专项（直博生，电子与电气工程系，专业代码 085400）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卢君妍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4406****2645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电子信息工程硕博士专项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王春林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4403****1210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电子信息工程硕博士专项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赵威强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4105****019X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电子信息工程硕博士专项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朱翔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3713****0018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电子信息工程硕博士专项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材料科学与工程（硕士生，材料科学与工程系，专业代码 080500）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4405****6325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陈铭容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3505****4526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邓诗妍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4311****0081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十、名单统计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本段共涉及拟录取人员 7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按层次划分：直博生 4 人，硕士 3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按院系划分：电子与电气工程系 4 人，材料科学与工程系 3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按专业划分：085400 电子信息工程硕博士专项 4 人，080500 材料科学与工程 3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本段内容未包含排名或评分方式。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本段内容未包含公示期信息。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电子信息工程硕博士专项（直博生，电子与电气工程系，专业代码085400）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卢君妍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4406****2645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电子信息工程硕博士专项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王春林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4403****1210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电子信息工程硕博士专项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赵威强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4105****019X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电子信息工程硕博士专项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朱翔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3713****0018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电子信息工程硕博士专项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材料科学与工程（硕士生，材料科学与工程系，专业代码080500）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4405****6325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陈铭容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3505****4526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邓诗妍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4311****0081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十、名单统计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电子信息工程硕博士专项直博生共4人，均为电子与电气工程系，专业代码085400。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材料科学与工程硕士生共3人，均为材料科学与工程系，专业代码080500。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本段合计拟录取7人，其中直博生4人、硕士生3人。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原文未提供排名或评分方式、公示期信息。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本批次共拟录取 7 人，其中直博生 5 人、硕士 5 人（原文如此，实际统计为直博生 5 人、硕士 3 人，合计 8 人；按原文逐条列出如下）。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卢君妍，证件号码 4406****2645，直博生，电子与电气工程系，专业代码 085400，电子信息工程硕博士专项。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王春林，证件号码 4403****1210，直博生，电子与电气工程系，专业代码 085400，电子信息工程硕博士专项。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赵威强，证件号码 4105****019X，直博生，电子与电气工程系，专业代码 085400，电子信息工程硕博士专项。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朱翔，证件号码 3713****0018，直博生，电子与电气工程系，专业代码 085400，电子信息工程硕博士专项。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陈佳玲，证件号码 4405****6325，硕士，材料科学与工程系，专业代码 080500，材料科学与工程。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陈铭容，证件号码 3505****4526，硕士，材料科学与工程系，专业代码 080500，材料科学与工程。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邓诗妍，证件号码 4311****0081，硕士，材料科学与工程系，专业代码 080500，材料科学与工程。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卢君妍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4406****2645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王春林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4403****1210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赵威强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4105****019X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3713****0018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电子信息工程硕博士专项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4405****6325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陈铭容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3505****4526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邓诗妍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4311****0081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原文未提供排名或评分方式、公示期等量化信息，故未列出。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电子与电气工程系（085400 电子信息，工程硕博士专项）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卢君妍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4406****2645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电子信息（工程硕博士专项）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王春林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4403****1210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电子信息（工程硕博士专项）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赵威强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4105****019X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电子信息（工程硕博士专项）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朱翔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3713****0018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电子信息（工程硕博士专项）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材料科学与工程系（080500 材料科学与工程）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4405****6325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陈铭容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3505****4526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邓诗妍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4311****0081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十、名单统计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拟录取总人数：7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按层次：直博生 4 人，硕士 3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按院系：电子与电气工程系 4 人，材料科学与工程系 3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按专业：085400 电子信息（工程硕博士专项）4 人，080500 材料科学与工程 3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本次提供内容未包含排名或评分方式、公示期信息。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电子与电气工程系（专业：085400 电子信息，信息工程硕博士专项）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卢君妍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4406****2645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信息工程硕博士专项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王春林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4403****1210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信息工程硕博士专项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赵威强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4105****019X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信息工程硕博士专项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朱翔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3713****0018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信息工程硕博士专项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材料科学与工程系（专业：080500 材料科学与工程）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4405****6325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陈铭容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3505****4526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邓诗妍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4311****0081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十、名单统计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总人数：7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按层次：直博生 4 人，硕士 3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按院系：电子与电气工程系 4 人，材料科学与工程系 3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按专业：085400 电子信息 4 人，080500 材料科学与工程 3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原文未提供排名或评分方式、公示期信息。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电子与电气工程系（专业：085400 电子信息，工程硕博士专项）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专项名称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卢君妍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4406****2645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王春林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4403****1210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赵威强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4105****019X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朱翔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3713****0018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材料科学与工程系（专业：080500 材料科学与工程）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4405****6325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陈铭容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3505****4526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邓诗妍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4311****0081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十、名单统计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拟录取总人数：7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按录取类别：直博生 4 人，硕士 3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按院系：电子与电气工程系 4 人，材料科学与工程系 3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按专业：085400 电子信息 4 人，080500 材料科学与工程 3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上述名单中，电子与电气工程系 4 人均为工程硕博士专项直博生。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材料科学与工程系 3 人均为硕士，专业为 080500 材料科学与工程。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原文未提供排名或评分方式、公示期信息。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卢君妍，身份证号 4406****2645，直博生，电子与电气工程系，085400 电子信息，工程硕博士专项。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王春林，身份证号 4403****1210，直博生，电子与电气工程系，085400 电子信息，工程硕博士专项。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赵威强，身份证号 4105****019X，直博生，电子与电气工程系，085400 电子信息，工程硕博士专项。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朱翔，身份证号 3713****0018，直博生，电子与电气工程系，085400 电子信息，工程硕博士专项。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陈佳玲，身份证号 4405****6325，硕士，材料科学与工程系，080500 材料科学与工程。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陈铭容，身份证号 3505****4526，硕士，材料科学与工程系，080500 材料科学与工程。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邓诗妍，身份证号 4311****0081，硕士，材料科学与工程系，080500 材料科学与工程。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培养层次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卢君妍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4406****2645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王春林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4403****1210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赵威强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4105****019X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朱翔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3713****0018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电子与电气工程系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085400 电子信息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工程硕博士专项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4405****6325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陈铭容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3505****4526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邓诗妍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4311****0081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 材料科学与工程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拟录取总人数为 7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按培养层次统计：直博生 4 人，硕士 3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按院系统计：电子与电气工程系 4 人，材料科学与工程系 3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按专业统计：085400 电子信息 4 人，080500 材料科学与工程 3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工程硕博士专项 4 人，均为电子与电气工程系直博生。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本段内容未包含排名或评分方式、公示期信息。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