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中国政法大学政治与公共管理学院2026年接收推免生办法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中国政法大学政治与公共管理学院2026年接收推免生办法。本通知同时涵盖预推免与正式推免流程。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申请人须为国内高等院校2026年应届本科毕业生，并获得所在学校推荐免试资格。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申请人须拥护中国共产党的领导，品德良好，遵纪守法，身心健康，符合国家规定的体检标准。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申请人本科阶段学习成绩优秀，专业成绩排名和综合排名均名列前茅，原则上应在本专业前20%以内。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申请人须通过国家大学英语六级考试（成绩不低于425分）或具有同等水平的英语能力证明。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申请人须对所申请专业有浓厚兴趣，具备较强的科研创新能力和培养潜质。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申请人须于2025年9月28日至10月20日期间，登录中国研究生招生信息网“推免服务系统”填报志愿。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学院将对申请材料进行初审，择优确定复试名单，并通过推免服务系统向考生发送复试通知。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收到复试通知的考生须在规定时间内确认参加复试，逾期未确认者视为自动放弃。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复试时间、方式及具体安排将另行通知，请考生密切关注学院网站。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本人有效身份证件复印件。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专业成绩排名证明（加盖学校教务部门公章）。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国家大学英语六级考试成绩单或同等水平英语能力证明。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个人陈述（包括学习经历、科研经历、获奖情况、研究兴趣及规划等）。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专家推荐信两封（由副教授及以上职称专家出具）。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其他能证明本人学术水平或能力的材料（如已发表论文、获奖证书等）。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各专业接收推免生的具体名额以教育部最终下达的招生计划为准。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学院将根据复试成绩和综合素质择优录取，额满为止。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学院网址：http://zgxy.cupl.edu.cn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联系电话：010-58909400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电子邮箱：zgxy@cupl.edu.cn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通讯地址：北京市海淀区西土城路25号中国政法大学政治与公共管理学院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